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4BE2" w:rsidRDefault="00874BE2">
      <w:pPr>
        <w:autoSpaceDE w:val="0"/>
        <w:autoSpaceDN w:val="0"/>
        <w:spacing w:after="78" w:line="220" w:lineRule="exact"/>
      </w:pPr>
    </w:p>
    <w:p w:rsidR="00092668" w:rsidRPr="00092668" w:rsidRDefault="00092668" w:rsidP="00092668">
      <w:pPr>
        <w:pStyle w:val="af"/>
        <w:ind w:left="423" w:right="268"/>
        <w:jc w:val="center"/>
        <w:rPr>
          <w:lang w:val="ru-RU"/>
        </w:rPr>
      </w:pPr>
      <w:r w:rsidRPr="00092668">
        <w:rPr>
          <w:lang w:val="ru-RU"/>
        </w:rPr>
        <w:t>АДМИНИСТРАЦИЯ Г. УЛАН-УДЭ</w:t>
      </w:r>
    </w:p>
    <w:p w:rsidR="00092668" w:rsidRPr="00092668" w:rsidRDefault="00092668" w:rsidP="00092668">
      <w:pPr>
        <w:pStyle w:val="af"/>
        <w:ind w:left="423" w:right="268"/>
        <w:jc w:val="center"/>
        <w:rPr>
          <w:lang w:val="ru-RU"/>
        </w:rPr>
      </w:pPr>
      <w:r w:rsidRPr="00092668">
        <w:rPr>
          <w:lang w:val="ru-RU"/>
        </w:rPr>
        <w:t>КОМИТЕТ ПО ОБРАЗОВАНИЮ</w:t>
      </w:r>
    </w:p>
    <w:p w:rsidR="00092668" w:rsidRPr="00092668" w:rsidRDefault="00092668" w:rsidP="00092668">
      <w:pPr>
        <w:pStyle w:val="af"/>
        <w:ind w:left="423" w:right="270"/>
        <w:jc w:val="center"/>
        <w:rPr>
          <w:rFonts w:ascii="Arial" w:hAnsi="Arial" w:cs="Arial"/>
          <w:color w:val="555555"/>
          <w:sz w:val="21"/>
          <w:szCs w:val="21"/>
          <w:shd w:val="clear" w:color="auto" w:fill="FFFFFF"/>
          <w:lang w:val="ru-RU"/>
        </w:rPr>
      </w:pPr>
    </w:p>
    <w:p w:rsidR="00092668" w:rsidRPr="00092668" w:rsidRDefault="00092668" w:rsidP="00092668">
      <w:pPr>
        <w:pStyle w:val="af"/>
        <w:ind w:left="423" w:right="270"/>
        <w:jc w:val="center"/>
        <w:rPr>
          <w:sz w:val="20"/>
          <w:szCs w:val="20"/>
          <w:lang w:val="ru-RU"/>
        </w:rPr>
      </w:pPr>
      <w:r w:rsidRPr="00092668">
        <w:rPr>
          <w:sz w:val="20"/>
          <w:szCs w:val="20"/>
          <w:lang w:val="ru-RU"/>
        </w:rPr>
        <w:t>МУНИЦИПАЛЬНОЕ БЮДЖЕТНОЕ ОБЩЕОБРАЗОВАТЕЛЬНОЕ УЧРЕЖДЕНИЕ</w:t>
      </w:r>
    </w:p>
    <w:p w:rsidR="00092668" w:rsidRPr="00092668" w:rsidRDefault="00092668" w:rsidP="00092668">
      <w:pPr>
        <w:pStyle w:val="af"/>
        <w:ind w:left="423" w:right="270"/>
        <w:jc w:val="center"/>
        <w:rPr>
          <w:lang w:val="ru-RU"/>
        </w:rPr>
      </w:pPr>
      <w:r w:rsidRPr="00092668">
        <w:rPr>
          <w:lang w:val="ru-RU"/>
        </w:rPr>
        <w:t xml:space="preserve"> "Основная общеобразовательная школа № 15" </w:t>
      </w:r>
    </w:p>
    <w:p w:rsidR="00092668" w:rsidRPr="00092668" w:rsidRDefault="00092668" w:rsidP="00092668">
      <w:pPr>
        <w:pStyle w:val="af"/>
        <w:ind w:left="423" w:right="270"/>
        <w:jc w:val="center"/>
        <w:rPr>
          <w:lang w:val="ru-RU"/>
        </w:rPr>
      </w:pPr>
      <w:r w:rsidRPr="00092668">
        <w:rPr>
          <w:lang w:val="ru-RU"/>
        </w:rPr>
        <w:t>г. Улан-Удэ</w:t>
      </w:r>
    </w:p>
    <w:p w:rsidR="00092668" w:rsidRPr="00092668" w:rsidRDefault="00092668" w:rsidP="00092668">
      <w:pPr>
        <w:pStyle w:val="af"/>
        <w:ind w:left="423" w:right="270"/>
        <w:jc w:val="center"/>
        <w:rPr>
          <w:lang w:val="ru-RU"/>
        </w:rPr>
      </w:pPr>
    </w:p>
    <w:p w:rsidR="00092668" w:rsidRPr="00092668" w:rsidRDefault="00092668" w:rsidP="00092668">
      <w:pPr>
        <w:pStyle w:val="af"/>
        <w:ind w:left="423" w:right="270"/>
        <w:jc w:val="center"/>
        <w:rPr>
          <w:lang w:val="ru-RU"/>
        </w:rPr>
      </w:pPr>
    </w:p>
    <w:p w:rsidR="00092668" w:rsidRPr="00092668" w:rsidRDefault="00092668" w:rsidP="00092668">
      <w:pPr>
        <w:pStyle w:val="af"/>
        <w:ind w:left="423" w:right="270"/>
        <w:rPr>
          <w:lang w:val="ru-RU"/>
        </w:rPr>
      </w:pPr>
      <w:r w:rsidRPr="00092668">
        <w:rPr>
          <w:lang w:val="ru-RU"/>
        </w:rPr>
        <w:t>Принято                                                                                                               Согласовано</w:t>
      </w:r>
    </w:p>
    <w:p w:rsidR="00092668" w:rsidRPr="00092668" w:rsidRDefault="00092668" w:rsidP="00092668">
      <w:pPr>
        <w:pStyle w:val="af"/>
        <w:ind w:left="423" w:right="270"/>
        <w:rPr>
          <w:lang w:val="ru-RU"/>
        </w:rPr>
      </w:pPr>
      <w:r w:rsidRPr="00092668">
        <w:rPr>
          <w:lang w:val="ru-RU"/>
        </w:rPr>
        <w:t xml:space="preserve">Решением методического объединения                                                        </w:t>
      </w:r>
      <w:proofErr w:type="spellStart"/>
      <w:r w:rsidRPr="00092668">
        <w:rPr>
          <w:lang w:val="ru-RU"/>
        </w:rPr>
        <w:t>Зам</w:t>
      </w:r>
      <w:proofErr w:type="gramStart"/>
      <w:r w:rsidRPr="00092668">
        <w:rPr>
          <w:lang w:val="ru-RU"/>
        </w:rPr>
        <w:t>.д</w:t>
      </w:r>
      <w:proofErr w:type="gramEnd"/>
      <w:r w:rsidRPr="00092668">
        <w:rPr>
          <w:lang w:val="ru-RU"/>
        </w:rPr>
        <w:t>ир</w:t>
      </w:r>
      <w:proofErr w:type="spellEnd"/>
      <w:r w:rsidRPr="00092668">
        <w:rPr>
          <w:lang w:val="ru-RU"/>
        </w:rPr>
        <w:t>. по УВР</w:t>
      </w:r>
    </w:p>
    <w:p w:rsidR="00092668" w:rsidRPr="00092668" w:rsidRDefault="00092668" w:rsidP="00092668">
      <w:pPr>
        <w:pStyle w:val="af"/>
        <w:ind w:left="423" w:right="270"/>
        <w:rPr>
          <w:lang w:val="ru-RU"/>
        </w:rPr>
      </w:pPr>
      <w:r w:rsidRPr="00092668">
        <w:rPr>
          <w:lang w:val="ru-RU"/>
        </w:rPr>
        <w:t xml:space="preserve">учителей _________________________                                                 _____________ </w:t>
      </w:r>
    </w:p>
    <w:p w:rsidR="00092668" w:rsidRPr="00092668" w:rsidRDefault="00092668" w:rsidP="00092668">
      <w:pPr>
        <w:pStyle w:val="af"/>
        <w:ind w:left="423" w:right="270"/>
        <w:rPr>
          <w:lang w:val="ru-RU"/>
        </w:rPr>
      </w:pPr>
      <w:r w:rsidRPr="00092668">
        <w:rPr>
          <w:lang w:val="ru-RU"/>
        </w:rPr>
        <w:t>протокол от ________2022г. № ______                                                            28.04.2022г.</w:t>
      </w:r>
    </w:p>
    <w:p w:rsidR="00092668" w:rsidRPr="00092668" w:rsidRDefault="00092668" w:rsidP="00092668">
      <w:pPr>
        <w:pStyle w:val="af"/>
        <w:ind w:left="423" w:right="270"/>
        <w:rPr>
          <w:lang w:val="ru-RU"/>
        </w:rPr>
      </w:pPr>
    </w:p>
    <w:p w:rsidR="00ED2563" w:rsidRDefault="00ED2563" w:rsidP="00ED2563">
      <w:pPr>
        <w:pStyle w:val="a9"/>
        <w:rPr>
          <w:rFonts w:ascii="Times New Roman" w:hAnsi="Times New Roman" w:cs="Times New Roman"/>
          <w:sz w:val="24"/>
          <w:szCs w:val="24"/>
          <w:lang w:val="ru-RU"/>
        </w:rPr>
      </w:pPr>
    </w:p>
    <w:p w:rsidR="00ED2563" w:rsidRDefault="00ED2563" w:rsidP="00ED2563">
      <w:pPr>
        <w:pStyle w:val="a9"/>
        <w:rPr>
          <w:rFonts w:ascii="Times New Roman" w:hAnsi="Times New Roman" w:cs="Times New Roman"/>
          <w:sz w:val="24"/>
          <w:szCs w:val="24"/>
          <w:lang w:val="ru-RU"/>
        </w:rPr>
      </w:pPr>
    </w:p>
    <w:p w:rsidR="00ED2563" w:rsidRDefault="00ED2563" w:rsidP="00ED2563">
      <w:pPr>
        <w:pStyle w:val="a9"/>
        <w:rPr>
          <w:rFonts w:ascii="Times New Roman" w:hAnsi="Times New Roman" w:cs="Times New Roman"/>
          <w:sz w:val="24"/>
          <w:szCs w:val="24"/>
          <w:lang w:val="ru-RU"/>
        </w:rPr>
      </w:pPr>
    </w:p>
    <w:p w:rsidR="00ED2563" w:rsidRDefault="00ED2563" w:rsidP="00ED2563">
      <w:pPr>
        <w:pStyle w:val="a9"/>
        <w:rPr>
          <w:rFonts w:ascii="Times New Roman" w:hAnsi="Times New Roman" w:cs="Times New Roman"/>
          <w:sz w:val="24"/>
          <w:szCs w:val="24"/>
          <w:lang w:val="ru-RU"/>
        </w:rPr>
      </w:pPr>
    </w:p>
    <w:p w:rsidR="00092668" w:rsidRDefault="00092668" w:rsidP="00ED2563">
      <w:pPr>
        <w:pStyle w:val="a9"/>
        <w:jc w:val="center"/>
        <w:rPr>
          <w:rFonts w:ascii="Times New Roman" w:hAnsi="Times New Roman" w:cs="Times New Roman"/>
          <w:sz w:val="24"/>
          <w:szCs w:val="24"/>
          <w:lang w:val="ru-RU"/>
        </w:rPr>
      </w:pPr>
    </w:p>
    <w:p w:rsidR="00092668" w:rsidRDefault="00092668" w:rsidP="00ED2563">
      <w:pPr>
        <w:pStyle w:val="a9"/>
        <w:jc w:val="center"/>
        <w:rPr>
          <w:rFonts w:ascii="Times New Roman" w:hAnsi="Times New Roman" w:cs="Times New Roman"/>
          <w:sz w:val="24"/>
          <w:szCs w:val="24"/>
          <w:lang w:val="ru-RU"/>
        </w:rPr>
      </w:pPr>
    </w:p>
    <w:p w:rsidR="00ED2563" w:rsidRDefault="00ED2563" w:rsidP="00ED2563">
      <w:pPr>
        <w:pStyle w:val="a9"/>
        <w:jc w:val="center"/>
        <w:rPr>
          <w:rFonts w:ascii="Times New Roman" w:hAnsi="Times New Roman" w:cs="Times New Roman"/>
          <w:sz w:val="24"/>
          <w:szCs w:val="24"/>
          <w:lang w:val="ru-RU"/>
        </w:rPr>
      </w:pPr>
      <w:r>
        <w:rPr>
          <w:rFonts w:ascii="Times New Roman" w:hAnsi="Times New Roman" w:cs="Times New Roman"/>
          <w:sz w:val="24"/>
          <w:szCs w:val="24"/>
          <w:lang w:val="ru-RU"/>
        </w:rPr>
        <w:t xml:space="preserve">Рабочая программа </w:t>
      </w:r>
    </w:p>
    <w:p w:rsidR="00ED2563" w:rsidRDefault="00ED2563" w:rsidP="00ED2563">
      <w:pPr>
        <w:pStyle w:val="a9"/>
        <w:jc w:val="center"/>
        <w:rPr>
          <w:rFonts w:ascii="Times New Roman" w:hAnsi="Times New Roman" w:cs="Times New Roman"/>
          <w:sz w:val="24"/>
          <w:szCs w:val="24"/>
          <w:lang w:val="ru-RU"/>
        </w:rPr>
      </w:pPr>
      <w:r>
        <w:rPr>
          <w:rFonts w:ascii="Times New Roman" w:hAnsi="Times New Roman" w:cs="Times New Roman"/>
          <w:sz w:val="24"/>
          <w:szCs w:val="24"/>
          <w:lang w:val="ru-RU"/>
        </w:rPr>
        <w:t>по математике 5 класс</w:t>
      </w:r>
    </w:p>
    <w:p w:rsidR="00ED2563" w:rsidRDefault="00ED2563" w:rsidP="00ED2563">
      <w:pPr>
        <w:pStyle w:val="a9"/>
        <w:jc w:val="center"/>
        <w:rPr>
          <w:rFonts w:ascii="Times New Roman" w:hAnsi="Times New Roman" w:cs="Times New Roman"/>
          <w:sz w:val="24"/>
          <w:szCs w:val="24"/>
          <w:lang w:val="ru-RU"/>
        </w:rPr>
      </w:pPr>
      <w:r>
        <w:rPr>
          <w:rFonts w:ascii="Times New Roman" w:hAnsi="Times New Roman" w:cs="Times New Roman"/>
          <w:sz w:val="24"/>
          <w:szCs w:val="24"/>
          <w:lang w:val="ru-RU"/>
        </w:rPr>
        <w:t>ФГОС-2021</w:t>
      </w:r>
    </w:p>
    <w:p w:rsidR="00ED2563" w:rsidRDefault="00ED2563" w:rsidP="00ED2563">
      <w:pPr>
        <w:pStyle w:val="a9"/>
        <w:jc w:val="center"/>
        <w:rPr>
          <w:rFonts w:ascii="Times New Roman" w:hAnsi="Times New Roman" w:cs="Times New Roman"/>
          <w:sz w:val="24"/>
          <w:szCs w:val="24"/>
          <w:lang w:val="ru-RU"/>
        </w:rPr>
      </w:pPr>
      <w:r>
        <w:rPr>
          <w:rFonts w:ascii="Times New Roman" w:hAnsi="Times New Roman" w:cs="Times New Roman"/>
          <w:sz w:val="24"/>
          <w:szCs w:val="24"/>
          <w:lang w:val="ru-RU"/>
        </w:rPr>
        <w:t>5ч в неделю</w:t>
      </w:r>
    </w:p>
    <w:p w:rsidR="00ED2563" w:rsidRDefault="00ED2563" w:rsidP="00ED2563">
      <w:pPr>
        <w:pStyle w:val="a9"/>
        <w:jc w:val="center"/>
        <w:rPr>
          <w:rFonts w:ascii="Times New Roman" w:hAnsi="Times New Roman" w:cs="Times New Roman"/>
          <w:sz w:val="24"/>
          <w:szCs w:val="24"/>
          <w:lang w:val="ru-RU"/>
        </w:rPr>
      </w:pPr>
      <w:r>
        <w:rPr>
          <w:rFonts w:ascii="Times New Roman" w:hAnsi="Times New Roman" w:cs="Times New Roman"/>
          <w:sz w:val="24"/>
          <w:szCs w:val="24"/>
          <w:lang w:val="ru-RU"/>
        </w:rPr>
        <w:t>170 ч. в год</w:t>
      </w:r>
    </w:p>
    <w:p w:rsidR="00ED2563" w:rsidRDefault="00ED2563" w:rsidP="00ED2563">
      <w:pPr>
        <w:pStyle w:val="a9"/>
        <w:jc w:val="center"/>
        <w:rPr>
          <w:rFonts w:ascii="Times New Roman" w:hAnsi="Times New Roman" w:cs="Times New Roman"/>
          <w:sz w:val="24"/>
          <w:szCs w:val="24"/>
          <w:lang w:val="ru-RU"/>
        </w:rPr>
      </w:pPr>
    </w:p>
    <w:p w:rsidR="00ED2563" w:rsidRDefault="00ED2563" w:rsidP="00ED2563">
      <w:pPr>
        <w:pStyle w:val="a9"/>
        <w:jc w:val="center"/>
        <w:rPr>
          <w:rFonts w:ascii="Times New Roman" w:hAnsi="Times New Roman" w:cs="Times New Roman"/>
          <w:sz w:val="24"/>
          <w:szCs w:val="24"/>
          <w:lang w:val="ru-RU"/>
        </w:rPr>
      </w:pPr>
    </w:p>
    <w:p w:rsidR="00ED2563" w:rsidRDefault="00ED2563" w:rsidP="00ED2563">
      <w:pPr>
        <w:pStyle w:val="a9"/>
        <w:jc w:val="center"/>
        <w:rPr>
          <w:rFonts w:ascii="Times New Roman" w:hAnsi="Times New Roman" w:cs="Times New Roman"/>
          <w:sz w:val="24"/>
          <w:szCs w:val="24"/>
          <w:lang w:val="ru-RU"/>
        </w:rPr>
      </w:pPr>
    </w:p>
    <w:p w:rsidR="00ED2563" w:rsidRDefault="00ED2563" w:rsidP="00ED2563">
      <w:pPr>
        <w:pStyle w:val="a9"/>
        <w:jc w:val="center"/>
        <w:rPr>
          <w:rFonts w:ascii="Times New Roman" w:hAnsi="Times New Roman" w:cs="Times New Roman"/>
          <w:sz w:val="24"/>
          <w:szCs w:val="24"/>
          <w:lang w:val="ru-RU"/>
        </w:rPr>
      </w:pPr>
    </w:p>
    <w:p w:rsidR="00ED2563" w:rsidRDefault="00ED2563" w:rsidP="00ED2563">
      <w:pPr>
        <w:pStyle w:val="a9"/>
        <w:jc w:val="center"/>
        <w:rPr>
          <w:rFonts w:ascii="Times New Roman" w:hAnsi="Times New Roman" w:cs="Times New Roman"/>
          <w:sz w:val="24"/>
          <w:szCs w:val="24"/>
          <w:lang w:val="ru-RU"/>
        </w:rPr>
      </w:pPr>
    </w:p>
    <w:p w:rsidR="00ED2563" w:rsidRDefault="00ED2563" w:rsidP="00ED2563">
      <w:pPr>
        <w:pStyle w:val="a9"/>
        <w:jc w:val="center"/>
        <w:rPr>
          <w:rFonts w:ascii="Times New Roman" w:hAnsi="Times New Roman" w:cs="Times New Roman"/>
          <w:sz w:val="24"/>
          <w:szCs w:val="24"/>
          <w:lang w:val="ru-RU"/>
        </w:rPr>
      </w:pPr>
    </w:p>
    <w:p w:rsidR="000552A0" w:rsidRDefault="000552A0" w:rsidP="00ED2563">
      <w:pPr>
        <w:pStyle w:val="a9"/>
        <w:jc w:val="right"/>
        <w:rPr>
          <w:rFonts w:ascii="Times New Roman" w:hAnsi="Times New Roman" w:cs="Times New Roman"/>
          <w:sz w:val="24"/>
          <w:szCs w:val="24"/>
          <w:lang w:val="ru-RU"/>
        </w:rPr>
      </w:pPr>
    </w:p>
    <w:p w:rsidR="000552A0" w:rsidRDefault="000552A0" w:rsidP="00ED2563">
      <w:pPr>
        <w:pStyle w:val="a9"/>
        <w:jc w:val="right"/>
        <w:rPr>
          <w:rFonts w:ascii="Times New Roman" w:hAnsi="Times New Roman" w:cs="Times New Roman"/>
          <w:sz w:val="24"/>
          <w:szCs w:val="24"/>
          <w:lang w:val="ru-RU"/>
        </w:rPr>
      </w:pPr>
    </w:p>
    <w:p w:rsidR="000552A0" w:rsidRDefault="000552A0" w:rsidP="00092668">
      <w:pPr>
        <w:pStyle w:val="a9"/>
        <w:ind w:left="5670"/>
        <w:rPr>
          <w:rFonts w:ascii="Times New Roman" w:hAnsi="Times New Roman" w:cs="Times New Roman"/>
          <w:sz w:val="24"/>
          <w:szCs w:val="24"/>
          <w:lang w:val="ru-RU"/>
        </w:rPr>
      </w:pPr>
    </w:p>
    <w:p w:rsidR="00ED2563" w:rsidRDefault="000552A0" w:rsidP="00092668">
      <w:pPr>
        <w:pStyle w:val="a9"/>
        <w:ind w:left="5103"/>
        <w:rPr>
          <w:rFonts w:ascii="Times New Roman" w:hAnsi="Times New Roman" w:cs="Times New Roman"/>
          <w:sz w:val="24"/>
          <w:szCs w:val="24"/>
          <w:lang w:val="ru-RU"/>
        </w:rPr>
      </w:pPr>
      <w:r>
        <w:rPr>
          <w:rFonts w:ascii="Times New Roman" w:hAnsi="Times New Roman" w:cs="Times New Roman"/>
          <w:sz w:val="24"/>
          <w:szCs w:val="24"/>
          <w:lang w:val="ru-RU"/>
        </w:rPr>
        <w:t>Составила</w:t>
      </w:r>
    </w:p>
    <w:p w:rsidR="000552A0" w:rsidRDefault="000552A0" w:rsidP="00092668">
      <w:pPr>
        <w:pStyle w:val="a9"/>
        <w:ind w:left="5103"/>
        <w:rPr>
          <w:rFonts w:ascii="Times New Roman" w:hAnsi="Times New Roman" w:cs="Times New Roman"/>
          <w:sz w:val="24"/>
          <w:szCs w:val="24"/>
          <w:lang w:val="ru-RU"/>
        </w:rPr>
      </w:pPr>
      <w:r>
        <w:rPr>
          <w:rFonts w:ascii="Times New Roman" w:hAnsi="Times New Roman" w:cs="Times New Roman"/>
          <w:sz w:val="24"/>
          <w:szCs w:val="24"/>
          <w:lang w:val="ru-RU"/>
        </w:rPr>
        <w:t xml:space="preserve">учитель </w:t>
      </w:r>
      <w:r w:rsidR="00092668">
        <w:rPr>
          <w:rFonts w:ascii="Times New Roman" w:hAnsi="Times New Roman" w:cs="Times New Roman"/>
          <w:sz w:val="24"/>
          <w:szCs w:val="24"/>
          <w:lang w:val="ru-RU"/>
        </w:rPr>
        <w:t>математики</w:t>
      </w:r>
    </w:p>
    <w:p w:rsidR="000552A0" w:rsidRDefault="00092668" w:rsidP="00092668">
      <w:pPr>
        <w:pStyle w:val="a9"/>
        <w:ind w:left="5103"/>
        <w:rPr>
          <w:rFonts w:ascii="Times New Roman" w:hAnsi="Times New Roman" w:cs="Times New Roman"/>
          <w:sz w:val="24"/>
          <w:szCs w:val="24"/>
          <w:lang w:val="ru-RU"/>
        </w:rPr>
      </w:pPr>
      <w:r w:rsidRPr="00092668">
        <w:rPr>
          <w:rFonts w:ascii="Times New Roman" w:hAnsi="Times New Roman" w:cs="Times New Roman"/>
          <w:sz w:val="24"/>
          <w:szCs w:val="24"/>
          <w:lang w:val="ru-RU"/>
        </w:rPr>
        <w:t xml:space="preserve">Трофимова </w:t>
      </w:r>
      <w:r>
        <w:rPr>
          <w:rFonts w:ascii="Times New Roman" w:hAnsi="Times New Roman" w:cs="Times New Roman"/>
          <w:sz w:val="24"/>
          <w:szCs w:val="24"/>
          <w:lang w:val="ru-RU"/>
        </w:rPr>
        <w:t>В.В.</w:t>
      </w:r>
    </w:p>
    <w:p w:rsidR="00092668" w:rsidRDefault="00092668" w:rsidP="00092668">
      <w:pPr>
        <w:pStyle w:val="a9"/>
        <w:ind w:left="5103"/>
        <w:rPr>
          <w:rFonts w:ascii="Times New Roman" w:hAnsi="Times New Roman" w:cs="Times New Roman"/>
          <w:sz w:val="24"/>
          <w:szCs w:val="24"/>
          <w:lang w:val="ru-RU"/>
        </w:rPr>
      </w:pPr>
      <w:r>
        <w:rPr>
          <w:rFonts w:ascii="Times New Roman" w:hAnsi="Times New Roman" w:cs="Times New Roman"/>
          <w:sz w:val="24"/>
          <w:szCs w:val="24"/>
          <w:lang w:val="ru-RU"/>
        </w:rPr>
        <w:t>Педагогический  стаж 1 год</w:t>
      </w:r>
    </w:p>
    <w:p w:rsidR="000552A0" w:rsidRDefault="000552A0" w:rsidP="00ED2563">
      <w:pPr>
        <w:pStyle w:val="a9"/>
        <w:jc w:val="right"/>
        <w:rPr>
          <w:rFonts w:ascii="Times New Roman" w:hAnsi="Times New Roman" w:cs="Times New Roman"/>
          <w:sz w:val="24"/>
          <w:szCs w:val="24"/>
          <w:lang w:val="ru-RU"/>
        </w:rPr>
      </w:pPr>
    </w:p>
    <w:p w:rsidR="000552A0" w:rsidRDefault="000552A0" w:rsidP="00ED2563">
      <w:pPr>
        <w:pStyle w:val="a9"/>
        <w:jc w:val="right"/>
        <w:rPr>
          <w:rFonts w:ascii="Times New Roman" w:hAnsi="Times New Roman" w:cs="Times New Roman"/>
          <w:sz w:val="24"/>
          <w:szCs w:val="24"/>
          <w:lang w:val="ru-RU"/>
        </w:rPr>
      </w:pPr>
    </w:p>
    <w:p w:rsidR="000552A0" w:rsidRDefault="000552A0" w:rsidP="00ED2563">
      <w:pPr>
        <w:pStyle w:val="a9"/>
        <w:jc w:val="right"/>
        <w:rPr>
          <w:rFonts w:ascii="Times New Roman" w:hAnsi="Times New Roman" w:cs="Times New Roman"/>
          <w:sz w:val="24"/>
          <w:szCs w:val="24"/>
          <w:lang w:val="ru-RU"/>
        </w:rPr>
      </w:pPr>
    </w:p>
    <w:p w:rsidR="000552A0" w:rsidRDefault="000552A0" w:rsidP="00ED2563">
      <w:pPr>
        <w:pStyle w:val="a9"/>
        <w:jc w:val="right"/>
        <w:rPr>
          <w:rFonts w:ascii="Times New Roman" w:hAnsi="Times New Roman" w:cs="Times New Roman"/>
          <w:sz w:val="24"/>
          <w:szCs w:val="24"/>
          <w:lang w:val="ru-RU"/>
        </w:rPr>
      </w:pPr>
    </w:p>
    <w:p w:rsidR="000552A0" w:rsidRDefault="000552A0" w:rsidP="00ED2563">
      <w:pPr>
        <w:pStyle w:val="a9"/>
        <w:jc w:val="right"/>
        <w:rPr>
          <w:rFonts w:ascii="Times New Roman" w:hAnsi="Times New Roman" w:cs="Times New Roman"/>
          <w:sz w:val="24"/>
          <w:szCs w:val="24"/>
          <w:lang w:val="ru-RU"/>
        </w:rPr>
      </w:pPr>
    </w:p>
    <w:p w:rsidR="000552A0" w:rsidRDefault="000552A0" w:rsidP="00ED2563">
      <w:pPr>
        <w:pStyle w:val="a9"/>
        <w:jc w:val="right"/>
        <w:rPr>
          <w:rFonts w:ascii="Times New Roman" w:hAnsi="Times New Roman" w:cs="Times New Roman"/>
          <w:sz w:val="24"/>
          <w:szCs w:val="24"/>
          <w:lang w:val="ru-RU"/>
        </w:rPr>
      </w:pPr>
    </w:p>
    <w:p w:rsidR="000552A0" w:rsidRDefault="000552A0" w:rsidP="00ED2563">
      <w:pPr>
        <w:pStyle w:val="a9"/>
        <w:jc w:val="right"/>
        <w:rPr>
          <w:rFonts w:ascii="Times New Roman" w:hAnsi="Times New Roman" w:cs="Times New Roman"/>
          <w:sz w:val="24"/>
          <w:szCs w:val="24"/>
          <w:lang w:val="ru-RU"/>
        </w:rPr>
      </w:pPr>
    </w:p>
    <w:p w:rsidR="000552A0" w:rsidRDefault="000552A0" w:rsidP="00ED2563">
      <w:pPr>
        <w:pStyle w:val="a9"/>
        <w:jc w:val="right"/>
        <w:rPr>
          <w:rFonts w:ascii="Times New Roman" w:hAnsi="Times New Roman" w:cs="Times New Roman"/>
          <w:sz w:val="24"/>
          <w:szCs w:val="24"/>
          <w:lang w:val="ru-RU"/>
        </w:rPr>
      </w:pPr>
    </w:p>
    <w:p w:rsidR="000552A0" w:rsidRPr="00ED2563" w:rsidRDefault="000552A0" w:rsidP="000552A0">
      <w:pPr>
        <w:pStyle w:val="a9"/>
        <w:jc w:val="center"/>
        <w:rPr>
          <w:rFonts w:ascii="Times New Roman" w:hAnsi="Times New Roman" w:cs="Times New Roman"/>
          <w:sz w:val="24"/>
          <w:szCs w:val="24"/>
          <w:lang w:val="ru-RU"/>
        </w:rPr>
      </w:pPr>
      <w:r>
        <w:rPr>
          <w:rFonts w:ascii="Times New Roman" w:hAnsi="Times New Roman" w:cs="Times New Roman"/>
          <w:sz w:val="24"/>
          <w:szCs w:val="24"/>
          <w:lang w:val="ru-RU"/>
        </w:rPr>
        <w:t>2022-2023</w:t>
      </w:r>
    </w:p>
    <w:p w:rsidR="009D03A9" w:rsidRPr="00ED2563" w:rsidRDefault="009D03A9" w:rsidP="009D03A9">
      <w:pPr>
        <w:pStyle w:val="a9"/>
        <w:jc w:val="center"/>
        <w:rPr>
          <w:lang w:val="ru-RU"/>
        </w:rPr>
      </w:pPr>
    </w:p>
    <w:p w:rsidR="00874BE2" w:rsidRPr="00ED2563" w:rsidRDefault="00874BE2">
      <w:pPr>
        <w:autoSpaceDE w:val="0"/>
        <w:autoSpaceDN w:val="0"/>
        <w:spacing w:after="0" w:line="62" w:lineRule="exact"/>
        <w:rPr>
          <w:lang w:val="ru-RU"/>
        </w:rPr>
      </w:pPr>
    </w:p>
    <w:p w:rsidR="00874BE2" w:rsidRDefault="00874BE2">
      <w:pPr>
        <w:autoSpaceDE w:val="0"/>
        <w:autoSpaceDN w:val="0"/>
        <w:spacing w:after="78" w:line="220" w:lineRule="exact"/>
        <w:rPr>
          <w:lang w:val="ru-RU"/>
        </w:rPr>
      </w:pPr>
    </w:p>
    <w:p w:rsidR="00092668" w:rsidRDefault="00092668">
      <w:pPr>
        <w:autoSpaceDE w:val="0"/>
        <w:autoSpaceDN w:val="0"/>
        <w:spacing w:after="78" w:line="220" w:lineRule="exact"/>
        <w:rPr>
          <w:lang w:val="ru-RU"/>
        </w:rPr>
      </w:pPr>
    </w:p>
    <w:p w:rsidR="00092668" w:rsidRPr="009D03A9" w:rsidRDefault="00092668">
      <w:pPr>
        <w:autoSpaceDE w:val="0"/>
        <w:autoSpaceDN w:val="0"/>
        <w:spacing w:after="78" w:line="220" w:lineRule="exact"/>
        <w:rPr>
          <w:lang w:val="ru-RU"/>
        </w:rPr>
      </w:pPr>
    </w:p>
    <w:p w:rsidR="00874BE2" w:rsidRPr="009D03A9" w:rsidRDefault="00CF7AB1" w:rsidP="00092668">
      <w:pPr>
        <w:autoSpaceDE w:val="0"/>
        <w:autoSpaceDN w:val="0"/>
        <w:spacing w:after="0" w:line="230" w:lineRule="auto"/>
        <w:jc w:val="center"/>
        <w:rPr>
          <w:lang w:val="ru-RU"/>
        </w:rPr>
      </w:pPr>
      <w:r w:rsidRPr="009D03A9">
        <w:rPr>
          <w:rFonts w:ascii="Times New Roman" w:eastAsia="Times New Roman" w:hAnsi="Times New Roman"/>
          <w:b/>
          <w:color w:val="000000"/>
          <w:sz w:val="24"/>
          <w:lang w:val="ru-RU"/>
        </w:rPr>
        <w:lastRenderedPageBreak/>
        <w:t>ПОЯСНИТЕЛЬНАЯ ЗАПИСКА</w:t>
      </w:r>
    </w:p>
    <w:p w:rsidR="00874BE2" w:rsidRPr="009D03A9" w:rsidRDefault="00CF7AB1">
      <w:pPr>
        <w:autoSpaceDE w:val="0"/>
        <w:autoSpaceDN w:val="0"/>
        <w:spacing w:before="346" w:after="0" w:line="230" w:lineRule="auto"/>
        <w:rPr>
          <w:lang w:val="ru-RU"/>
        </w:rPr>
      </w:pPr>
      <w:r w:rsidRPr="009D03A9">
        <w:rPr>
          <w:rFonts w:ascii="Times New Roman" w:eastAsia="Times New Roman" w:hAnsi="Times New Roman"/>
          <w:b/>
          <w:color w:val="000000"/>
          <w:sz w:val="24"/>
          <w:lang w:val="ru-RU"/>
        </w:rPr>
        <w:t xml:space="preserve">ОБЩАЯ ХАРАКТЕРИСТИКА УЧЕБНОГО ПРЕДМЕТА "МАТЕМАТИКА" </w:t>
      </w:r>
    </w:p>
    <w:p w:rsidR="00874BE2" w:rsidRPr="009D03A9" w:rsidRDefault="00CF7AB1">
      <w:pPr>
        <w:autoSpaceDE w:val="0"/>
        <w:autoSpaceDN w:val="0"/>
        <w:spacing w:before="166" w:after="0" w:line="288" w:lineRule="auto"/>
        <w:ind w:firstLine="180"/>
        <w:rPr>
          <w:lang w:val="ru-RU"/>
        </w:rPr>
      </w:pPr>
      <w:r w:rsidRPr="009D03A9">
        <w:rPr>
          <w:rFonts w:ascii="Times New Roman" w:eastAsia="Times New Roman" w:hAnsi="Times New Roman"/>
          <w:color w:val="000000"/>
          <w:sz w:val="24"/>
          <w:lang w:val="ru-RU"/>
        </w:rPr>
        <w:t>Рабочая программа по математике для обучающихся 5 классов разработана на основе</w:t>
      </w:r>
      <w:r w:rsidR="004851B3">
        <w:rPr>
          <w:rFonts w:ascii="Times New Roman" w:eastAsia="Times New Roman" w:hAnsi="Times New Roman"/>
          <w:color w:val="000000"/>
          <w:sz w:val="24"/>
          <w:lang w:val="ru-RU"/>
        </w:rPr>
        <w:t xml:space="preserve"> ФГОС -2021, утверждённым приказом Министерства просвещения РФ от 312.05.2021 № 287 </w:t>
      </w:r>
      <w:r w:rsidRPr="009D03A9">
        <w:rPr>
          <w:rFonts w:ascii="Times New Roman" w:eastAsia="Times New Roman" w:hAnsi="Times New Roman"/>
          <w:color w:val="000000"/>
          <w:sz w:val="24"/>
          <w:lang w:val="ru-RU"/>
        </w:rPr>
        <w:t xml:space="preserve"> с учётом и </w:t>
      </w:r>
      <w:r w:rsidRPr="009D03A9">
        <w:rPr>
          <w:lang w:val="ru-RU"/>
        </w:rPr>
        <w:br/>
      </w:r>
      <w:r w:rsidRPr="009D03A9">
        <w:rPr>
          <w:rFonts w:ascii="Times New Roman" w:eastAsia="Times New Roman" w:hAnsi="Times New Roman"/>
          <w:color w:val="000000"/>
          <w:sz w:val="24"/>
          <w:lang w:val="ru-RU"/>
        </w:rPr>
        <w:t xml:space="preserve">современных мировых требований, предъявляемых к математическому образованию, и традиций российского образования, которые обеспечивают овладение ключевыми компетенциями, </w:t>
      </w:r>
      <w:r w:rsidRPr="009D03A9">
        <w:rPr>
          <w:lang w:val="ru-RU"/>
        </w:rPr>
        <w:br/>
      </w:r>
      <w:r w:rsidRPr="009D03A9">
        <w:rPr>
          <w:rFonts w:ascii="Times New Roman" w:eastAsia="Times New Roman" w:hAnsi="Times New Roman"/>
          <w:color w:val="000000"/>
          <w:sz w:val="24"/>
          <w:lang w:val="ru-RU"/>
        </w:rPr>
        <w:t xml:space="preserve">составляющими основу для непрерывного образования и саморазвития, а также целостность общекультурного, личностного и познавательного развития обучающихся. В рабочей программе учтены идеи и положения Концепции развития математического образования в Российской </w:t>
      </w:r>
      <w:r w:rsidRPr="009D03A9">
        <w:rPr>
          <w:lang w:val="ru-RU"/>
        </w:rPr>
        <w:br/>
      </w:r>
      <w:r w:rsidRPr="009D03A9">
        <w:rPr>
          <w:rFonts w:ascii="Times New Roman" w:eastAsia="Times New Roman" w:hAnsi="Times New Roman"/>
          <w:color w:val="000000"/>
          <w:sz w:val="24"/>
          <w:lang w:val="ru-RU"/>
        </w:rPr>
        <w:t xml:space="preserve">Федерации. 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 Уже в школе математика служит опорным предметом для изучения смежных дисциплин, а после школы реальной необходимостью становится непрерывное образование, что требует полноценной базовой </w:t>
      </w:r>
      <w:r w:rsidRPr="009D03A9">
        <w:rPr>
          <w:lang w:val="ru-RU"/>
        </w:rPr>
        <w:br/>
      </w:r>
      <w:r w:rsidRPr="009D03A9">
        <w:rPr>
          <w:rFonts w:ascii="Times New Roman" w:eastAsia="Times New Roman" w:hAnsi="Times New Roman"/>
          <w:color w:val="000000"/>
          <w:sz w:val="24"/>
          <w:lang w:val="ru-RU"/>
        </w:rPr>
        <w:t>общеобразовательной подготовки, в том числе и математической.</w:t>
      </w:r>
    </w:p>
    <w:p w:rsidR="00874BE2" w:rsidRPr="009D03A9" w:rsidRDefault="00CF7AB1">
      <w:pPr>
        <w:autoSpaceDE w:val="0"/>
        <w:autoSpaceDN w:val="0"/>
        <w:spacing w:before="70" w:after="0"/>
        <w:ind w:right="144" w:firstLine="180"/>
        <w:rPr>
          <w:lang w:val="ru-RU"/>
        </w:rPr>
      </w:pPr>
      <w:r w:rsidRPr="009D03A9">
        <w:rPr>
          <w:rFonts w:ascii="Times New Roman" w:eastAsia="Times New Roman" w:hAnsi="Times New Roman"/>
          <w:color w:val="000000"/>
          <w:sz w:val="24"/>
          <w:lang w:val="ru-RU"/>
        </w:rPr>
        <w:t>Это обусловлено тем, что в наши дни растёт число профессий, связанных с непосредственным применением математики: и в сфере экономики, и в бизнесе, и в технологических областях, и даже в гуманитарных сферах. Таким образом, круг школьников, для которых математика может стать значимым предметом, расширяется.</w:t>
      </w:r>
    </w:p>
    <w:p w:rsidR="00874BE2" w:rsidRPr="009D03A9" w:rsidRDefault="00CF7AB1">
      <w:pPr>
        <w:autoSpaceDE w:val="0"/>
        <w:autoSpaceDN w:val="0"/>
        <w:spacing w:before="70" w:after="0" w:line="286" w:lineRule="auto"/>
        <w:ind w:firstLine="180"/>
        <w:rPr>
          <w:lang w:val="ru-RU"/>
        </w:rPr>
      </w:pPr>
      <w:r w:rsidRPr="009D03A9">
        <w:rPr>
          <w:rFonts w:ascii="Times New Roman" w:eastAsia="Times New Roman" w:hAnsi="Times New Roman"/>
          <w:color w:val="000000"/>
          <w:sz w:val="24"/>
          <w:lang w:val="ru-RU"/>
        </w:rPr>
        <w:t xml:space="preserve">Практическая полезность математики обусловлена тем, что её предметом являются </w:t>
      </w:r>
      <w:r w:rsidRPr="009D03A9">
        <w:rPr>
          <w:lang w:val="ru-RU"/>
        </w:rPr>
        <w:br/>
      </w:r>
      <w:r w:rsidRPr="009D03A9">
        <w:rPr>
          <w:rFonts w:ascii="Times New Roman" w:eastAsia="Times New Roman" w:hAnsi="Times New Roman"/>
          <w:color w:val="000000"/>
          <w:sz w:val="24"/>
          <w:lang w:val="ru-RU"/>
        </w:rPr>
        <w:t xml:space="preserve">фундаментальные структуры нашего мира: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w:t>
      </w:r>
      <w:r w:rsidRPr="009D03A9">
        <w:rPr>
          <w:lang w:val="ru-RU"/>
        </w:rPr>
        <w:br/>
      </w:r>
      <w:r w:rsidRPr="009D03A9">
        <w:rPr>
          <w:rFonts w:ascii="Times New Roman" w:eastAsia="Times New Roman" w:hAnsi="Times New Roman"/>
          <w:color w:val="000000"/>
          <w:sz w:val="24"/>
          <w:lang w:val="ru-RU"/>
        </w:rPr>
        <w:t xml:space="preserve">разнообразной социальной, экономической, политической информации, малоэффективна </w:t>
      </w:r>
      <w:r w:rsidRPr="009D03A9">
        <w:rPr>
          <w:lang w:val="ru-RU"/>
        </w:rPr>
        <w:br/>
      </w:r>
      <w:r w:rsidRPr="009D03A9">
        <w:rPr>
          <w:rFonts w:ascii="Times New Roman" w:eastAsia="Times New Roman" w:hAnsi="Times New Roman"/>
          <w:color w:val="000000"/>
          <w:sz w:val="24"/>
          <w:lang w:val="ru-RU"/>
        </w:rPr>
        <w:t>повседневная практическая деятельность. Каждому человеку в своей жизни приходится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rsidR="00874BE2" w:rsidRPr="009D03A9" w:rsidRDefault="00CF7AB1">
      <w:pPr>
        <w:autoSpaceDE w:val="0"/>
        <w:autoSpaceDN w:val="0"/>
        <w:spacing w:before="70" w:after="0" w:line="288" w:lineRule="auto"/>
        <w:ind w:firstLine="180"/>
        <w:rPr>
          <w:lang w:val="ru-RU"/>
        </w:rPr>
      </w:pPr>
      <w:r w:rsidRPr="009D03A9">
        <w:rPr>
          <w:rFonts w:ascii="Times New Roman" w:eastAsia="Times New Roman" w:hAnsi="Times New Roman"/>
          <w:color w:val="000000"/>
          <w:sz w:val="24"/>
          <w:lang w:val="ru-RU"/>
        </w:rPr>
        <w:t>Одновременно с расширением сфер применения математики в 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 приёмов и методов мышления человека естественным образом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Ведущая роль принадлежит математике и в формировании алгоритмической компоненты мышления и воспитании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также творческая и прикладная стороны мышления.</w:t>
      </w:r>
    </w:p>
    <w:p w:rsidR="00874BE2" w:rsidRPr="009D03A9" w:rsidRDefault="00CF7AB1">
      <w:pPr>
        <w:autoSpaceDE w:val="0"/>
        <w:autoSpaceDN w:val="0"/>
        <w:spacing w:before="70" w:after="0" w:line="271" w:lineRule="auto"/>
        <w:ind w:firstLine="180"/>
        <w:rPr>
          <w:lang w:val="ru-RU"/>
        </w:rPr>
      </w:pPr>
      <w:r w:rsidRPr="009D03A9">
        <w:rPr>
          <w:rFonts w:ascii="Times New Roman" w:eastAsia="Times New Roman" w:hAnsi="Times New Roman"/>
          <w:color w:val="000000"/>
          <w:sz w:val="24"/>
          <w:lang w:val="ru-RU"/>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874BE2" w:rsidRPr="009D03A9" w:rsidRDefault="00CF7AB1">
      <w:pPr>
        <w:autoSpaceDE w:val="0"/>
        <w:autoSpaceDN w:val="0"/>
        <w:spacing w:before="70" w:after="0" w:line="230" w:lineRule="auto"/>
        <w:ind w:left="180"/>
        <w:rPr>
          <w:lang w:val="ru-RU"/>
        </w:rPr>
      </w:pPr>
      <w:r w:rsidRPr="009D03A9">
        <w:rPr>
          <w:rFonts w:ascii="Times New Roman" w:eastAsia="Times New Roman" w:hAnsi="Times New Roman"/>
          <w:color w:val="000000"/>
          <w:sz w:val="24"/>
          <w:lang w:val="ru-RU"/>
        </w:rPr>
        <w:t>Необходимым компонентом общей культуры в современном толковании является общее знакомство</w:t>
      </w:r>
    </w:p>
    <w:p w:rsidR="00874BE2" w:rsidRPr="009D03A9" w:rsidRDefault="00874BE2">
      <w:pPr>
        <w:rPr>
          <w:lang w:val="ru-RU"/>
        </w:rPr>
        <w:sectPr w:rsidR="00874BE2" w:rsidRPr="009D03A9">
          <w:pgSz w:w="11900" w:h="16840"/>
          <w:pgMar w:top="298" w:right="650" w:bottom="410" w:left="666" w:header="720" w:footer="720" w:gutter="0"/>
          <w:cols w:space="720" w:equalWidth="0">
            <w:col w:w="10584" w:space="0"/>
          </w:cols>
          <w:docGrid w:linePitch="360"/>
        </w:sectPr>
      </w:pPr>
    </w:p>
    <w:p w:rsidR="00874BE2" w:rsidRPr="009D03A9" w:rsidRDefault="00874BE2">
      <w:pPr>
        <w:autoSpaceDE w:val="0"/>
        <w:autoSpaceDN w:val="0"/>
        <w:spacing w:after="66" w:line="220" w:lineRule="exact"/>
        <w:rPr>
          <w:lang w:val="ru-RU"/>
        </w:rPr>
      </w:pPr>
    </w:p>
    <w:p w:rsidR="00874BE2" w:rsidRPr="009D03A9" w:rsidRDefault="00CF7AB1">
      <w:pPr>
        <w:autoSpaceDE w:val="0"/>
        <w:autoSpaceDN w:val="0"/>
        <w:spacing w:after="0"/>
        <w:rPr>
          <w:lang w:val="ru-RU"/>
        </w:rPr>
      </w:pPr>
      <w:r w:rsidRPr="009D03A9">
        <w:rPr>
          <w:rFonts w:ascii="Times New Roman" w:eastAsia="Times New Roman" w:hAnsi="Times New Roman"/>
          <w:color w:val="000000"/>
          <w:sz w:val="24"/>
          <w:lang w:val="ru-RU"/>
        </w:rPr>
        <w:t>с методами познания действительности, представление о предмете и методах математики, их отличий от методов других естественных и гуманитарных наук, об особенностях применения математики для решения научных и прикладных задач. Таким образом, математическое образование вносит свой вклад в формирование общей культуры человека.</w:t>
      </w:r>
    </w:p>
    <w:p w:rsidR="00874BE2" w:rsidRPr="009D03A9" w:rsidRDefault="00CF7AB1">
      <w:pPr>
        <w:autoSpaceDE w:val="0"/>
        <w:autoSpaceDN w:val="0"/>
        <w:spacing w:before="70" w:after="0" w:line="271" w:lineRule="auto"/>
        <w:ind w:right="432" w:firstLine="180"/>
        <w:rPr>
          <w:lang w:val="ru-RU"/>
        </w:rPr>
      </w:pPr>
      <w:r w:rsidRPr="009D03A9">
        <w:rPr>
          <w:rFonts w:ascii="Times New Roman" w:eastAsia="Times New Roman" w:hAnsi="Times New Roman"/>
          <w:color w:val="000000"/>
          <w:sz w:val="24"/>
          <w:lang w:val="ru-RU"/>
        </w:rPr>
        <w:t>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874BE2" w:rsidRPr="009D03A9" w:rsidRDefault="00CF7AB1">
      <w:pPr>
        <w:autoSpaceDE w:val="0"/>
        <w:autoSpaceDN w:val="0"/>
        <w:spacing w:before="262" w:after="0" w:line="230" w:lineRule="auto"/>
        <w:rPr>
          <w:lang w:val="ru-RU"/>
        </w:rPr>
      </w:pPr>
      <w:r w:rsidRPr="009D03A9">
        <w:rPr>
          <w:rFonts w:ascii="Times New Roman" w:eastAsia="Times New Roman" w:hAnsi="Times New Roman"/>
          <w:b/>
          <w:color w:val="000000"/>
          <w:sz w:val="24"/>
          <w:lang w:val="ru-RU"/>
        </w:rPr>
        <w:t>ЦЕЛИ ИЗУЧЕНИЯ УЧЕБНОГО КУРСА</w:t>
      </w:r>
    </w:p>
    <w:p w:rsidR="00874BE2" w:rsidRPr="009D03A9" w:rsidRDefault="00CF7AB1">
      <w:pPr>
        <w:autoSpaceDE w:val="0"/>
        <w:autoSpaceDN w:val="0"/>
        <w:spacing w:before="166" w:after="0" w:line="230" w:lineRule="auto"/>
        <w:ind w:left="180"/>
        <w:rPr>
          <w:lang w:val="ru-RU"/>
        </w:rPr>
      </w:pPr>
      <w:r w:rsidRPr="009D03A9">
        <w:rPr>
          <w:rFonts w:ascii="Times New Roman" w:eastAsia="Times New Roman" w:hAnsi="Times New Roman"/>
          <w:color w:val="000000"/>
          <w:sz w:val="24"/>
          <w:lang w:val="ru-RU"/>
        </w:rPr>
        <w:t>Приоритетными целями обучения математике в 5 классе являются:</w:t>
      </w:r>
    </w:p>
    <w:p w:rsidR="00874BE2" w:rsidRPr="009D03A9" w:rsidRDefault="00CF7AB1">
      <w:pPr>
        <w:autoSpaceDE w:val="0"/>
        <w:autoSpaceDN w:val="0"/>
        <w:spacing w:before="180" w:after="0" w:line="271" w:lineRule="auto"/>
        <w:ind w:left="420" w:right="144"/>
        <w:rPr>
          <w:lang w:val="ru-RU"/>
        </w:rPr>
      </w:pPr>
      <w:r w:rsidRPr="009D03A9">
        <w:rPr>
          <w:rFonts w:ascii="Times New Roman" w:eastAsia="Times New Roman" w:hAnsi="Times New Roman"/>
          <w:color w:val="000000"/>
          <w:sz w:val="24"/>
          <w:lang w:val="ru-RU"/>
        </w:rPr>
        <w:t xml:space="preserve">—  продолжение формирования основных математических понятий (число, величина, </w:t>
      </w:r>
      <w:r w:rsidRPr="009D03A9">
        <w:rPr>
          <w:lang w:val="ru-RU"/>
        </w:rPr>
        <w:br/>
      </w:r>
      <w:r w:rsidRPr="009D03A9">
        <w:rPr>
          <w:rFonts w:ascii="Times New Roman" w:eastAsia="Times New Roman" w:hAnsi="Times New Roman"/>
          <w:color w:val="000000"/>
          <w:sz w:val="24"/>
          <w:lang w:val="ru-RU"/>
        </w:rPr>
        <w:t xml:space="preserve">геометрическая фигура), обеспечивающих преемственность и перспективность математического образования обучающихся; </w:t>
      </w:r>
    </w:p>
    <w:p w:rsidR="00874BE2" w:rsidRPr="009D03A9" w:rsidRDefault="00CF7AB1">
      <w:pPr>
        <w:autoSpaceDE w:val="0"/>
        <w:autoSpaceDN w:val="0"/>
        <w:spacing w:before="190" w:after="0" w:line="262" w:lineRule="auto"/>
        <w:ind w:left="420" w:right="720"/>
        <w:rPr>
          <w:lang w:val="ru-RU"/>
        </w:rPr>
      </w:pPr>
      <w:r w:rsidRPr="009D03A9">
        <w:rPr>
          <w:rFonts w:ascii="Times New Roman" w:eastAsia="Times New Roman" w:hAnsi="Times New Roman"/>
          <w:color w:val="000000"/>
          <w:sz w:val="24"/>
          <w:lang w:val="ru-RU"/>
        </w:rPr>
        <w:t xml:space="preserve">—  развитие интеллектуальных и творческих способностей обучающихся, познавательной активности, исследовательских умений, интереса к изучению математики; </w:t>
      </w:r>
    </w:p>
    <w:p w:rsidR="00874BE2" w:rsidRPr="009D03A9" w:rsidRDefault="00CF7AB1">
      <w:pPr>
        <w:autoSpaceDE w:val="0"/>
        <w:autoSpaceDN w:val="0"/>
        <w:spacing w:before="190" w:after="0" w:line="262" w:lineRule="auto"/>
        <w:ind w:left="420"/>
        <w:rPr>
          <w:lang w:val="ru-RU"/>
        </w:rPr>
      </w:pPr>
      <w:r w:rsidRPr="009D03A9">
        <w:rPr>
          <w:rFonts w:ascii="Times New Roman" w:eastAsia="Times New Roman" w:hAnsi="Times New Roman"/>
          <w:color w:val="000000"/>
          <w:sz w:val="24"/>
          <w:lang w:val="ru-RU"/>
        </w:rPr>
        <w:t xml:space="preserve">—  подведение обучающихся на доступном для них уровне к осознанию взаимосвязи математики и окружающего мира; </w:t>
      </w:r>
    </w:p>
    <w:p w:rsidR="00874BE2" w:rsidRPr="009D03A9" w:rsidRDefault="00CF7AB1">
      <w:pPr>
        <w:autoSpaceDE w:val="0"/>
        <w:autoSpaceDN w:val="0"/>
        <w:spacing w:before="190" w:after="0"/>
        <w:ind w:left="420" w:right="432"/>
        <w:rPr>
          <w:lang w:val="ru-RU"/>
        </w:rPr>
      </w:pPr>
      <w:r w:rsidRPr="009D03A9">
        <w:rPr>
          <w:rFonts w:ascii="Times New Roman" w:eastAsia="Times New Roman" w:hAnsi="Times New Roman"/>
          <w:color w:val="000000"/>
          <w:sz w:val="24"/>
          <w:lang w:val="ru-RU"/>
        </w:rPr>
        <w:t>—  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rsidR="00874BE2" w:rsidRPr="009D03A9" w:rsidRDefault="00CF7AB1">
      <w:pPr>
        <w:autoSpaceDE w:val="0"/>
        <w:autoSpaceDN w:val="0"/>
        <w:spacing w:before="178" w:after="0"/>
        <w:ind w:right="432" w:firstLine="180"/>
        <w:rPr>
          <w:lang w:val="ru-RU"/>
        </w:rPr>
      </w:pPr>
      <w:r w:rsidRPr="009D03A9">
        <w:rPr>
          <w:rFonts w:ascii="Times New Roman" w:eastAsia="Times New Roman" w:hAnsi="Times New Roman"/>
          <w:color w:val="000000"/>
          <w:sz w:val="24"/>
          <w:lang w:val="ru-RU"/>
        </w:rPr>
        <w:t>Основные линии содержания курса математики в 5 классе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происходит знакомство с элементами алгебры и описательной статистики.</w:t>
      </w:r>
    </w:p>
    <w:p w:rsidR="00874BE2" w:rsidRPr="009D03A9" w:rsidRDefault="00CF7AB1">
      <w:pPr>
        <w:autoSpaceDE w:val="0"/>
        <w:autoSpaceDN w:val="0"/>
        <w:spacing w:before="70" w:after="0" w:line="281" w:lineRule="auto"/>
        <w:ind w:right="144" w:firstLine="180"/>
        <w:rPr>
          <w:lang w:val="ru-RU"/>
        </w:rPr>
      </w:pPr>
      <w:r w:rsidRPr="009D03A9">
        <w:rPr>
          <w:rFonts w:ascii="Times New Roman" w:eastAsia="Times New Roman" w:hAnsi="Times New Roman"/>
          <w:color w:val="000000"/>
          <w:sz w:val="24"/>
          <w:lang w:val="ru-RU"/>
        </w:rPr>
        <w:t xml:space="preserve">Изучение арифметического материала начинается со систематизации и развития знаний о натуральных числах, полученных в начальной школе.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w:t>
      </w:r>
      <w:r w:rsidRPr="009D03A9">
        <w:rPr>
          <w:lang w:val="ru-RU"/>
        </w:rPr>
        <w:br/>
      </w:r>
      <w:r w:rsidRPr="009D03A9">
        <w:rPr>
          <w:rFonts w:ascii="Times New Roman" w:eastAsia="Times New Roman" w:hAnsi="Times New Roman"/>
          <w:color w:val="000000"/>
          <w:sz w:val="24"/>
          <w:lang w:val="ru-RU"/>
        </w:rPr>
        <w:t xml:space="preserve">вычислений. </w:t>
      </w:r>
    </w:p>
    <w:p w:rsidR="00874BE2" w:rsidRPr="009D03A9" w:rsidRDefault="00CF7AB1">
      <w:pPr>
        <w:autoSpaceDE w:val="0"/>
        <w:autoSpaceDN w:val="0"/>
        <w:spacing w:before="72" w:after="0" w:line="286" w:lineRule="auto"/>
        <w:ind w:firstLine="180"/>
        <w:rPr>
          <w:lang w:val="ru-RU"/>
        </w:rPr>
      </w:pPr>
      <w:r w:rsidRPr="009D03A9">
        <w:rPr>
          <w:rFonts w:ascii="Times New Roman" w:eastAsia="Times New Roman" w:hAnsi="Times New Roman"/>
          <w:color w:val="000000"/>
          <w:sz w:val="24"/>
          <w:lang w:val="ru-RU"/>
        </w:rPr>
        <w:t xml:space="preserve">Другой крупный блок в содержании арифметической линии — это дроби. 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w:t>
      </w:r>
      <w:r w:rsidRPr="009D03A9">
        <w:rPr>
          <w:lang w:val="ru-RU"/>
        </w:rPr>
        <w:br/>
      </w:r>
      <w:r w:rsidRPr="009D03A9">
        <w:rPr>
          <w:rFonts w:ascii="Times New Roman" w:eastAsia="Times New Roman" w:hAnsi="Times New Roman"/>
          <w:color w:val="000000"/>
          <w:sz w:val="24"/>
          <w:lang w:val="ru-RU"/>
        </w:rPr>
        <w:t xml:space="preserve">обыкновенных дробей в полном объёме предшествует изучению десятичных дробей, что </w:t>
      </w:r>
      <w:r w:rsidRPr="009D03A9">
        <w:rPr>
          <w:lang w:val="ru-RU"/>
        </w:rPr>
        <w:br/>
      </w:r>
      <w:r w:rsidRPr="009D03A9">
        <w:rPr>
          <w:rFonts w:ascii="Times New Roman" w:eastAsia="Times New Roman" w:hAnsi="Times New Roman"/>
          <w:color w:val="000000"/>
          <w:sz w:val="24"/>
          <w:lang w:val="ru-RU"/>
        </w:rPr>
        <w:t xml:space="preserve">целесообразно с точки зрения логики изложения числовой линии, когда правила действий с </w:t>
      </w:r>
      <w:r w:rsidRPr="009D03A9">
        <w:rPr>
          <w:lang w:val="ru-RU"/>
        </w:rPr>
        <w:br/>
      </w:r>
      <w:r w:rsidRPr="009D03A9">
        <w:rPr>
          <w:rFonts w:ascii="Times New Roman" w:eastAsia="Times New Roman" w:hAnsi="Times New Roman"/>
          <w:color w:val="000000"/>
          <w:sz w:val="24"/>
          <w:lang w:val="ru-RU"/>
        </w:rPr>
        <w:t>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w:t>
      </w:r>
    </w:p>
    <w:p w:rsidR="00874BE2" w:rsidRPr="009D03A9" w:rsidRDefault="00CF7AB1">
      <w:pPr>
        <w:autoSpaceDE w:val="0"/>
        <w:autoSpaceDN w:val="0"/>
        <w:spacing w:before="70" w:after="0" w:line="230" w:lineRule="auto"/>
        <w:ind w:left="180"/>
        <w:rPr>
          <w:lang w:val="ru-RU"/>
        </w:rPr>
      </w:pPr>
      <w:r w:rsidRPr="009D03A9">
        <w:rPr>
          <w:rFonts w:ascii="Times New Roman" w:eastAsia="Times New Roman" w:hAnsi="Times New Roman"/>
          <w:color w:val="000000"/>
          <w:sz w:val="24"/>
          <w:lang w:val="ru-RU"/>
        </w:rPr>
        <w:t>При обучении решению текстовых задач в 5 классе используются арифметические приёмы решения.</w:t>
      </w:r>
    </w:p>
    <w:p w:rsidR="00874BE2" w:rsidRPr="009D03A9" w:rsidRDefault="00CF7AB1">
      <w:pPr>
        <w:autoSpaceDE w:val="0"/>
        <w:autoSpaceDN w:val="0"/>
        <w:spacing w:before="70" w:after="0" w:line="281" w:lineRule="auto"/>
        <w:rPr>
          <w:lang w:val="ru-RU"/>
        </w:rPr>
      </w:pPr>
      <w:r w:rsidRPr="009D03A9">
        <w:rPr>
          <w:rFonts w:ascii="Times New Roman" w:eastAsia="Times New Roman" w:hAnsi="Times New Roman"/>
          <w:color w:val="000000"/>
          <w:sz w:val="24"/>
          <w:lang w:val="ru-RU"/>
        </w:rPr>
        <w:t>Текстовые задачи, решаемые при отработке вычислительных навыков в 5 классе, рассматриваются задачи следующих видов: задачи на движение, на части, на покупки, на работу и производительность, на проценты, на отношения и пропорции. Кроме того,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rsidR="00874BE2" w:rsidRPr="009D03A9" w:rsidRDefault="00874BE2">
      <w:pPr>
        <w:rPr>
          <w:lang w:val="ru-RU"/>
        </w:rPr>
        <w:sectPr w:rsidR="00874BE2" w:rsidRPr="009D03A9">
          <w:pgSz w:w="11900" w:h="16840"/>
          <w:pgMar w:top="286" w:right="666" w:bottom="342" w:left="666" w:header="720" w:footer="720" w:gutter="0"/>
          <w:cols w:space="720" w:equalWidth="0">
            <w:col w:w="10568" w:space="0"/>
          </w:cols>
          <w:docGrid w:linePitch="360"/>
        </w:sectPr>
      </w:pPr>
    </w:p>
    <w:p w:rsidR="00874BE2" w:rsidRPr="009D03A9" w:rsidRDefault="00874BE2">
      <w:pPr>
        <w:autoSpaceDE w:val="0"/>
        <w:autoSpaceDN w:val="0"/>
        <w:spacing w:after="78" w:line="220" w:lineRule="exact"/>
        <w:rPr>
          <w:lang w:val="ru-RU"/>
        </w:rPr>
      </w:pPr>
    </w:p>
    <w:p w:rsidR="00874BE2" w:rsidRPr="009D03A9" w:rsidRDefault="004851B3">
      <w:pPr>
        <w:autoSpaceDE w:val="0"/>
        <w:autoSpaceDN w:val="0"/>
        <w:spacing w:after="0" w:line="281" w:lineRule="auto"/>
        <w:ind w:firstLine="180"/>
        <w:rPr>
          <w:lang w:val="ru-RU"/>
        </w:rPr>
      </w:pPr>
      <w:r>
        <w:rPr>
          <w:rFonts w:ascii="Times New Roman" w:eastAsia="Times New Roman" w:hAnsi="Times New Roman"/>
          <w:color w:val="000000"/>
          <w:sz w:val="24"/>
          <w:lang w:val="ru-RU"/>
        </w:rPr>
        <w:t xml:space="preserve">В </w:t>
      </w:r>
      <w:r w:rsidR="00CF7AB1" w:rsidRPr="009D03A9">
        <w:rPr>
          <w:rFonts w:ascii="Times New Roman" w:eastAsia="Times New Roman" w:hAnsi="Times New Roman"/>
          <w:color w:val="000000"/>
          <w:sz w:val="24"/>
          <w:lang w:val="ru-RU"/>
        </w:rPr>
        <w:t xml:space="preserve"> рабочей программе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rsidR="00874BE2" w:rsidRPr="009D03A9" w:rsidRDefault="00CF7AB1">
      <w:pPr>
        <w:autoSpaceDE w:val="0"/>
        <w:autoSpaceDN w:val="0"/>
        <w:spacing w:before="70" w:after="0" w:line="286" w:lineRule="auto"/>
        <w:ind w:firstLine="180"/>
        <w:rPr>
          <w:lang w:val="ru-RU"/>
        </w:rPr>
      </w:pPr>
      <w:r w:rsidRPr="009D03A9">
        <w:rPr>
          <w:rFonts w:ascii="Times New Roman" w:eastAsia="Times New Roman" w:hAnsi="Times New Roman"/>
          <w:color w:val="000000"/>
          <w:sz w:val="24"/>
          <w:lang w:val="ru-RU"/>
        </w:rPr>
        <w:t xml:space="preserve">В курсе «Математики» 5 класса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w:t>
      </w:r>
      <w:r w:rsidRPr="009D03A9">
        <w:rPr>
          <w:lang w:val="ru-RU"/>
        </w:rPr>
        <w:br/>
      </w:r>
      <w:r w:rsidRPr="009D03A9">
        <w:rPr>
          <w:rFonts w:ascii="Times New Roman" w:eastAsia="Times New Roman" w:hAnsi="Times New Roman"/>
          <w:color w:val="000000"/>
          <w:sz w:val="24"/>
          <w:lang w:val="ru-RU"/>
        </w:rPr>
        <w:t>нелинованной и клетчатой бумаге, рассматривают их простейшие свойства. В процессе изучения наглядной геометрии знания, полученные обучающимися в начальной школе, систематизируются и расширяются.</w:t>
      </w:r>
    </w:p>
    <w:p w:rsidR="00874BE2" w:rsidRPr="009D03A9" w:rsidRDefault="00CF7AB1">
      <w:pPr>
        <w:autoSpaceDE w:val="0"/>
        <w:autoSpaceDN w:val="0"/>
        <w:spacing w:before="262" w:after="0" w:line="230" w:lineRule="auto"/>
        <w:rPr>
          <w:lang w:val="ru-RU"/>
        </w:rPr>
      </w:pPr>
      <w:r w:rsidRPr="009D03A9">
        <w:rPr>
          <w:rFonts w:ascii="Times New Roman" w:eastAsia="Times New Roman" w:hAnsi="Times New Roman"/>
          <w:b/>
          <w:color w:val="000000"/>
          <w:sz w:val="24"/>
          <w:lang w:val="ru-RU"/>
        </w:rPr>
        <w:t>МЕСТО УЧЕБНОГО КУРСА В УЧЕБНОМ ПЛАНЕ</w:t>
      </w:r>
    </w:p>
    <w:p w:rsidR="00874BE2" w:rsidRDefault="00CF7AB1" w:rsidP="009D03A9">
      <w:pPr>
        <w:autoSpaceDE w:val="0"/>
        <w:autoSpaceDN w:val="0"/>
        <w:spacing w:before="166" w:after="0"/>
        <w:ind w:firstLine="180"/>
        <w:rPr>
          <w:rFonts w:ascii="Times New Roman" w:eastAsia="Times New Roman" w:hAnsi="Times New Roman"/>
          <w:color w:val="000000"/>
          <w:sz w:val="24"/>
          <w:lang w:val="ru-RU"/>
        </w:rPr>
      </w:pPr>
      <w:r w:rsidRPr="009D03A9">
        <w:rPr>
          <w:rFonts w:ascii="Times New Roman" w:eastAsia="Times New Roman" w:hAnsi="Times New Roman"/>
          <w:color w:val="000000"/>
          <w:sz w:val="24"/>
          <w:lang w:val="ru-RU"/>
        </w:rPr>
        <w:t xml:space="preserve">Согласно учебному плану в 5 классе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Учебный план на изучение математики в 5 классе отводит не менее 5 учебных часов в неделю, </w:t>
      </w:r>
      <w:r w:rsidR="009D03A9" w:rsidRPr="009D03A9">
        <w:rPr>
          <w:rFonts w:ascii="Times New Roman" w:eastAsia="Times New Roman" w:hAnsi="Times New Roman"/>
          <w:color w:val="000000"/>
          <w:sz w:val="24"/>
          <w:lang w:val="ru-RU"/>
        </w:rPr>
        <w:t>всего 170</w:t>
      </w:r>
      <w:r w:rsidRPr="009D03A9">
        <w:rPr>
          <w:rFonts w:ascii="Times New Roman" w:eastAsia="Times New Roman" w:hAnsi="Times New Roman"/>
          <w:color w:val="000000"/>
          <w:sz w:val="24"/>
          <w:lang w:val="ru-RU"/>
        </w:rPr>
        <w:t xml:space="preserve"> учебных часов.</w:t>
      </w:r>
    </w:p>
    <w:p w:rsidR="009D03A9" w:rsidRDefault="009D03A9" w:rsidP="009D03A9">
      <w:pPr>
        <w:autoSpaceDE w:val="0"/>
        <w:autoSpaceDN w:val="0"/>
        <w:spacing w:before="166" w:after="0"/>
        <w:ind w:firstLine="180"/>
        <w:rPr>
          <w:rFonts w:ascii="Times New Roman" w:eastAsia="Times New Roman" w:hAnsi="Times New Roman"/>
          <w:color w:val="000000"/>
          <w:sz w:val="24"/>
          <w:lang w:val="ru-RU"/>
        </w:rPr>
      </w:pPr>
    </w:p>
    <w:p w:rsidR="00874BE2" w:rsidRPr="009D03A9" w:rsidRDefault="00CF7AB1">
      <w:pPr>
        <w:autoSpaceDE w:val="0"/>
        <w:autoSpaceDN w:val="0"/>
        <w:spacing w:after="0" w:line="230" w:lineRule="auto"/>
        <w:rPr>
          <w:lang w:val="ru-RU"/>
        </w:rPr>
      </w:pPr>
      <w:r w:rsidRPr="009D03A9">
        <w:rPr>
          <w:rFonts w:ascii="Times New Roman" w:eastAsia="Times New Roman" w:hAnsi="Times New Roman"/>
          <w:b/>
          <w:color w:val="000000"/>
          <w:sz w:val="24"/>
          <w:lang w:val="ru-RU"/>
        </w:rPr>
        <w:t>СОДЕРЖАНИЕ УЧЕБНОГО КУРСА "МАТЕМАТИКА"</w:t>
      </w:r>
    </w:p>
    <w:p w:rsidR="00874BE2" w:rsidRPr="009D03A9" w:rsidRDefault="00CF7AB1">
      <w:pPr>
        <w:autoSpaceDE w:val="0"/>
        <w:autoSpaceDN w:val="0"/>
        <w:spacing w:before="346" w:after="0" w:line="230" w:lineRule="auto"/>
        <w:rPr>
          <w:lang w:val="ru-RU"/>
        </w:rPr>
      </w:pPr>
      <w:r w:rsidRPr="009D03A9">
        <w:rPr>
          <w:rFonts w:ascii="Times New Roman" w:eastAsia="Times New Roman" w:hAnsi="Times New Roman"/>
          <w:b/>
          <w:color w:val="000000"/>
          <w:sz w:val="24"/>
          <w:lang w:val="ru-RU"/>
        </w:rPr>
        <w:t>Натуральные числа и нуль</w:t>
      </w:r>
    </w:p>
    <w:p w:rsidR="00874BE2" w:rsidRPr="009D03A9" w:rsidRDefault="00CF7AB1">
      <w:pPr>
        <w:autoSpaceDE w:val="0"/>
        <w:autoSpaceDN w:val="0"/>
        <w:spacing w:before="166" w:after="0" w:line="281" w:lineRule="auto"/>
        <w:ind w:firstLine="180"/>
        <w:rPr>
          <w:lang w:val="ru-RU"/>
        </w:rPr>
      </w:pPr>
      <w:r w:rsidRPr="009D03A9">
        <w:rPr>
          <w:rFonts w:ascii="Times New Roman" w:eastAsia="Times New Roman" w:hAnsi="Times New Roman"/>
          <w:color w:val="000000"/>
          <w:sz w:val="24"/>
          <w:lang w:val="ru-RU"/>
        </w:rPr>
        <w:t>Натуральное число. Ряд натуральных чисел. Число 0. Изображение натуральных чисел точками на координатной (числовой) прямой. Позиционная система счисления. Римская нумерация как пример непозиционной системы счисления. Десятичная система счисления. Сравнение натуральных чисел, сравнение натуральных чисел с нулём. Способы сравнения. Округление натуральных чисел. Сложение натуральных чисел; свойство нуля при сложении. Вычитание как действие, обратное сложению.</w:t>
      </w:r>
    </w:p>
    <w:p w:rsidR="00874BE2" w:rsidRPr="009D03A9" w:rsidRDefault="00CF7AB1">
      <w:pPr>
        <w:autoSpaceDE w:val="0"/>
        <w:autoSpaceDN w:val="0"/>
        <w:spacing w:before="70" w:after="0" w:line="283" w:lineRule="auto"/>
        <w:ind w:right="144"/>
        <w:rPr>
          <w:lang w:val="ru-RU"/>
        </w:rPr>
      </w:pPr>
      <w:r w:rsidRPr="009D03A9">
        <w:rPr>
          <w:rFonts w:ascii="Times New Roman" w:eastAsia="Times New Roman" w:hAnsi="Times New Roman"/>
          <w:color w:val="000000"/>
          <w:sz w:val="24"/>
          <w:lang w:val="ru-RU"/>
        </w:rPr>
        <w:t xml:space="preserve">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w:t>
      </w:r>
      <w:r w:rsidRPr="009D03A9">
        <w:rPr>
          <w:lang w:val="ru-RU"/>
        </w:rPr>
        <w:br/>
      </w:r>
      <w:r w:rsidRPr="009D03A9">
        <w:rPr>
          <w:rFonts w:ascii="Times New Roman" w:eastAsia="Times New Roman" w:hAnsi="Times New Roman"/>
          <w:color w:val="000000"/>
          <w:sz w:val="24"/>
          <w:lang w:val="ru-RU"/>
        </w:rPr>
        <w:t>арифметического действия. Переместительное и сочетательное свойства (законы) сложения и умножения, распределительное свойство (закон) умножения. Использование букв для обозначения неизвестного компонента и записи свойств арифметических действий. Делители и кратные числа, разложение на множители. Простые и составные числа. Признаки делимости на 2, 5, 10, 3, 9. Деление с остатком. Степень с натуральным показателем. Запись числа в виде суммы разрядных слагаемых.</w:t>
      </w:r>
    </w:p>
    <w:p w:rsidR="00874BE2" w:rsidRPr="009D03A9" w:rsidRDefault="00CF7AB1">
      <w:pPr>
        <w:autoSpaceDE w:val="0"/>
        <w:autoSpaceDN w:val="0"/>
        <w:spacing w:before="70" w:after="0" w:line="230" w:lineRule="auto"/>
        <w:rPr>
          <w:lang w:val="ru-RU"/>
        </w:rPr>
      </w:pPr>
      <w:r w:rsidRPr="009D03A9">
        <w:rPr>
          <w:rFonts w:ascii="Times New Roman" w:eastAsia="Times New Roman" w:hAnsi="Times New Roman"/>
          <w:color w:val="000000"/>
          <w:sz w:val="24"/>
          <w:lang w:val="ru-RU"/>
        </w:rPr>
        <w:lastRenderedPageBreak/>
        <w:t>Числовое выражение. Вычисление значений числовых выражений; порядок выполнения действий.</w:t>
      </w:r>
    </w:p>
    <w:p w:rsidR="00874BE2" w:rsidRPr="009D03A9" w:rsidRDefault="00CF7AB1">
      <w:pPr>
        <w:autoSpaceDE w:val="0"/>
        <w:autoSpaceDN w:val="0"/>
        <w:spacing w:before="70" w:after="0" w:line="262" w:lineRule="auto"/>
        <w:ind w:right="144"/>
        <w:rPr>
          <w:lang w:val="ru-RU"/>
        </w:rPr>
      </w:pPr>
      <w:r w:rsidRPr="009D03A9">
        <w:rPr>
          <w:rFonts w:ascii="Times New Roman" w:eastAsia="Times New Roman" w:hAnsi="Times New Roman"/>
          <w:color w:val="000000"/>
          <w:sz w:val="24"/>
          <w:lang w:val="ru-RU"/>
        </w:rPr>
        <w:t>Использование при вычислениях переместительного и сочетательного свойств (законов) сложения и умножения, распределительного свойства умножения.</w:t>
      </w:r>
    </w:p>
    <w:p w:rsidR="00874BE2" w:rsidRPr="009D03A9" w:rsidRDefault="00CF7AB1">
      <w:pPr>
        <w:autoSpaceDE w:val="0"/>
        <w:autoSpaceDN w:val="0"/>
        <w:spacing w:before="262" w:after="0" w:line="230" w:lineRule="auto"/>
        <w:rPr>
          <w:lang w:val="ru-RU"/>
        </w:rPr>
      </w:pPr>
      <w:r w:rsidRPr="009D03A9">
        <w:rPr>
          <w:rFonts w:ascii="Times New Roman" w:eastAsia="Times New Roman" w:hAnsi="Times New Roman"/>
          <w:b/>
          <w:color w:val="000000"/>
          <w:sz w:val="24"/>
          <w:lang w:val="ru-RU"/>
        </w:rPr>
        <w:t>Дроби</w:t>
      </w:r>
    </w:p>
    <w:p w:rsidR="00874BE2" w:rsidRPr="009D03A9" w:rsidRDefault="00CF7AB1">
      <w:pPr>
        <w:autoSpaceDE w:val="0"/>
        <w:autoSpaceDN w:val="0"/>
        <w:spacing w:before="166" w:after="0" w:line="286" w:lineRule="auto"/>
        <w:ind w:firstLine="180"/>
        <w:rPr>
          <w:lang w:val="ru-RU"/>
        </w:rPr>
      </w:pPr>
      <w:r w:rsidRPr="009D03A9">
        <w:rPr>
          <w:rFonts w:ascii="Times New Roman" w:eastAsia="Times New Roman" w:hAnsi="Times New Roman"/>
          <w:color w:val="000000"/>
          <w:sz w:val="24"/>
          <w:lang w:val="ru-RU"/>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 Сложение и вычитание дробей. Умножение и деление дробей; взаимно-обратные дроби. Нахождение части целого и целого по его части. 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 Арифметические действия с десятичными дробями. Округление десятичных дробей.</w:t>
      </w:r>
    </w:p>
    <w:p w:rsidR="00874BE2" w:rsidRPr="009D03A9" w:rsidRDefault="00CF7AB1">
      <w:pPr>
        <w:autoSpaceDE w:val="0"/>
        <w:autoSpaceDN w:val="0"/>
        <w:spacing w:before="262" w:after="0" w:line="230" w:lineRule="auto"/>
        <w:rPr>
          <w:lang w:val="ru-RU"/>
        </w:rPr>
      </w:pPr>
      <w:r w:rsidRPr="009D03A9">
        <w:rPr>
          <w:rFonts w:ascii="Times New Roman" w:eastAsia="Times New Roman" w:hAnsi="Times New Roman"/>
          <w:b/>
          <w:color w:val="000000"/>
          <w:sz w:val="24"/>
          <w:lang w:val="ru-RU"/>
        </w:rPr>
        <w:t>Решение текстовых задач</w:t>
      </w:r>
    </w:p>
    <w:p w:rsidR="00874BE2" w:rsidRPr="009D03A9" w:rsidRDefault="00CF7AB1">
      <w:pPr>
        <w:autoSpaceDE w:val="0"/>
        <w:autoSpaceDN w:val="0"/>
        <w:spacing w:before="168" w:after="0"/>
        <w:ind w:right="432" w:firstLine="180"/>
        <w:rPr>
          <w:lang w:val="ru-RU"/>
        </w:rPr>
      </w:pPr>
      <w:r w:rsidRPr="009D03A9">
        <w:rPr>
          <w:rFonts w:ascii="Times New Roman" w:eastAsia="Times New Roman" w:hAnsi="Times New Roman"/>
          <w:color w:val="000000"/>
          <w:sz w:val="24"/>
          <w:lang w:val="ru-RU"/>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 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w:t>
      </w:r>
    </w:p>
    <w:p w:rsidR="00874BE2" w:rsidRPr="009D03A9" w:rsidRDefault="00CF7AB1">
      <w:pPr>
        <w:autoSpaceDE w:val="0"/>
        <w:autoSpaceDN w:val="0"/>
        <w:spacing w:before="70" w:after="0" w:line="262" w:lineRule="auto"/>
        <w:ind w:right="1296"/>
        <w:rPr>
          <w:lang w:val="ru-RU"/>
        </w:rPr>
      </w:pPr>
      <w:r w:rsidRPr="009D03A9">
        <w:rPr>
          <w:rFonts w:ascii="Times New Roman" w:eastAsia="Times New Roman" w:hAnsi="Times New Roman"/>
          <w:color w:val="000000"/>
          <w:sz w:val="24"/>
          <w:lang w:val="ru-RU"/>
        </w:rPr>
        <w:t>Связь между единицами измерения каждой величины. Решение основных задач на дроби. Представление данных в виде таблиц, столбчатых диаграмм.</w:t>
      </w:r>
    </w:p>
    <w:p w:rsidR="00874BE2" w:rsidRPr="009D03A9" w:rsidRDefault="00CF7AB1">
      <w:pPr>
        <w:autoSpaceDE w:val="0"/>
        <w:autoSpaceDN w:val="0"/>
        <w:spacing w:before="262" w:after="0" w:line="230" w:lineRule="auto"/>
        <w:rPr>
          <w:lang w:val="ru-RU"/>
        </w:rPr>
      </w:pPr>
      <w:r w:rsidRPr="009D03A9">
        <w:rPr>
          <w:rFonts w:ascii="Times New Roman" w:eastAsia="Times New Roman" w:hAnsi="Times New Roman"/>
          <w:b/>
          <w:color w:val="000000"/>
          <w:sz w:val="24"/>
          <w:lang w:val="ru-RU"/>
        </w:rPr>
        <w:t>Наглядная геометрия</w:t>
      </w:r>
    </w:p>
    <w:p w:rsidR="00874BE2" w:rsidRPr="009D03A9" w:rsidRDefault="00CF7AB1">
      <w:pPr>
        <w:autoSpaceDE w:val="0"/>
        <w:autoSpaceDN w:val="0"/>
        <w:spacing w:before="166" w:after="0" w:line="283" w:lineRule="auto"/>
        <w:ind w:right="144" w:firstLine="180"/>
        <w:rPr>
          <w:lang w:val="ru-RU"/>
        </w:rPr>
      </w:pPr>
      <w:r w:rsidRPr="009D03A9">
        <w:rPr>
          <w:rFonts w:ascii="Times New Roman" w:eastAsia="Times New Roman" w:hAnsi="Times New Roman"/>
          <w:color w:val="000000"/>
          <w:sz w:val="24"/>
          <w:lang w:val="ru-RU"/>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углы. Длина отрезка, метрические единицы длины. Длина ломаной, периметр многоугольника. Измерение и построение углов с помощью транспортира. Наглядные представления о фигурах на плоскости: многоугольник; прямоугольник, квадрат; треугольник, о равенстве фигур. 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 Площадь</w:t>
      </w:r>
    </w:p>
    <w:p w:rsidR="00874BE2" w:rsidRDefault="00CF7AB1" w:rsidP="009D03A9">
      <w:pPr>
        <w:autoSpaceDE w:val="0"/>
        <w:autoSpaceDN w:val="0"/>
        <w:spacing w:after="0" w:line="281" w:lineRule="auto"/>
        <w:rPr>
          <w:rFonts w:ascii="Times New Roman" w:eastAsia="Times New Roman" w:hAnsi="Times New Roman"/>
          <w:color w:val="000000"/>
          <w:sz w:val="24"/>
          <w:lang w:val="ru-RU"/>
        </w:rPr>
      </w:pPr>
      <w:r w:rsidRPr="009D03A9">
        <w:rPr>
          <w:rFonts w:ascii="Times New Roman" w:eastAsia="Times New Roman" w:hAnsi="Times New Roman"/>
          <w:color w:val="000000"/>
          <w:sz w:val="24"/>
          <w:lang w:val="ru-RU"/>
        </w:rPr>
        <w:t>прямоугольника и многоугольников, составленных из прямоугольников, в том числе фигур, изображённых на клетчатой бумаге. Единицы измерения площади. 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 Объём прямоугольного параллелепипеда, куба. Единицы измерения объёма.</w:t>
      </w:r>
    </w:p>
    <w:p w:rsidR="004851B3" w:rsidRDefault="004851B3" w:rsidP="009D03A9">
      <w:pPr>
        <w:autoSpaceDE w:val="0"/>
        <w:autoSpaceDN w:val="0"/>
        <w:spacing w:after="0" w:line="281" w:lineRule="auto"/>
        <w:rPr>
          <w:lang w:val="ru-RU"/>
        </w:rPr>
      </w:pPr>
    </w:p>
    <w:p w:rsidR="009D03A9" w:rsidRDefault="009D03A9" w:rsidP="009D03A9">
      <w:pPr>
        <w:autoSpaceDE w:val="0"/>
        <w:autoSpaceDN w:val="0"/>
        <w:spacing w:after="0" w:line="281" w:lineRule="auto"/>
        <w:rPr>
          <w:lang w:val="ru-RU"/>
        </w:rPr>
      </w:pPr>
    </w:p>
    <w:p w:rsidR="00874BE2" w:rsidRPr="009D03A9" w:rsidRDefault="00CF7AB1">
      <w:pPr>
        <w:autoSpaceDE w:val="0"/>
        <w:autoSpaceDN w:val="0"/>
        <w:spacing w:after="0" w:line="230" w:lineRule="auto"/>
        <w:rPr>
          <w:lang w:val="ru-RU"/>
        </w:rPr>
      </w:pPr>
      <w:r w:rsidRPr="009D03A9">
        <w:rPr>
          <w:rFonts w:ascii="Times New Roman" w:eastAsia="Times New Roman" w:hAnsi="Times New Roman"/>
          <w:b/>
          <w:color w:val="000000"/>
          <w:sz w:val="24"/>
          <w:lang w:val="ru-RU"/>
        </w:rPr>
        <w:lastRenderedPageBreak/>
        <w:t xml:space="preserve">ПЛАНИРУЕМЫЕ ОБРАЗОВАТЕЛЬНЫЕ РЕЗУЛЬТАТЫ </w:t>
      </w:r>
    </w:p>
    <w:p w:rsidR="00874BE2" w:rsidRPr="009D03A9" w:rsidRDefault="00CF7AB1">
      <w:pPr>
        <w:autoSpaceDE w:val="0"/>
        <w:autoSpaceDN w:val="0"/>
        <w:spacing w:before="346" w:after="0" w:line="230" w:lineRule="auto"/>
        <w:rPr>
          <w:lang w:val="ru-RU"/>
        </w:rPr>
      </w:pPr>
      <w:r w:rsidRPr="009D03A9">
        <w:rPr>
          <w:rFonts w:ascii="Times New Roman" w:eastAsia="Times New Roman" w:hAnsi="Times New Roman"/>
          <w:b/>
          <w:color w:val="000000"/>
          <w:sz w:val="24"/>
          <w:lang w:val="ru-RU"/>
        </w:rPr>
        <w:t>ЛИЧНОСТНЫЕ РЕЗУЛЬТАТЫ</w:t>
      </w:r>
    </w:p>
    <w:p w:rsidR="004851B3" w:rsidRDefault="00CF7AB1">
      <w:pPr>
        <w:tabs>
          <w:tab w:val="left" w:pos="180"/>
        </w:tabs>
        <w:autoSpaceDE w:val="0"/>
        <w:autoSpaceDN w:val="0"/>
        <w:spacing w:before="166" w:after="0" w:line="281" w:lineRule="auto"/>
        <w:rPr>
          <w:lang w:val="ru-RU"/>
        </w:rPr>
      </w:pPr>
      <w:r w:rsidRPr="009D03A9">
        <w:rPr>
          <w:lang w:val="ru-RU"/>
        </w:rPr>
        <w:tab/>
      </w:r>
      <w:r w:rsidRPr="009D03A9">
        <w:rPr>
          <w:rFonts w:ascii="Times New Roman" w:eastAsia="Times New Roman" w:hAnsi="Times New Roman"/>
          <w:color w:val="000000"/>
          <w:sz w:val="24"/>
          <w:lang w:val="ru-RU"/>
        </w:rPr>
        <w:t xml:space="preserve">Личностные результаты освоения программы учебного предмета «Математика» характеризуются: </w:t>
      </w:r>
      <w:r w:rsidRPr="009D03A9">
        <w:rPr>
          <w:lang w:val="ru-RU"/>
        </w:rPr>
        <w:tab/>
      </w:r>
    </w:p>
    <w:p w:rsidR="00874BE2" w:rsidRPr="009D03A9" w:rsidRDefault="00CF7AB1">
      <w:pPr>
        <w:tabs>
          <w:tab w:val="left" w:pos="180"/>
        </w:tabs>
        <w:autoSpaceDE w:val="0"/>
        <w:autoSpaceDN w:val="0"/>
        <w:spacing w:before="166" w:after="0" w:line="281" w:lineRule="auto"/>
        <w:rPr>
          <w:lang w:val="ru-RU"/>
        </w:rPr>
      </w:pPr>
      <w:r w:rsidRPr="009D03A9">
        <w:rPr>
          <w:rFonts w:ascii="Times New Roman" w:eastAsia="Times New Roman" w:hAnsi="Times New Roman"/>
          <w:b/>
          <w:color w:val="000000"/>
          <w:sz w:val="24"/>
          <w:lang w:val="ru-RU"/>
        </w:rPr>
        <w:t xml:space="preserve">Патриотическое воспитание: </w:t>
      </w:r>
      <w:r w:rsidRPr="009D03A9">
        <w:rPr>
          <w:lang w:val="ru-RU"/>
        </w:rPr>
        <w:br/>
      </w:r>
      <w:r w:rsidRPr="009D03A9">
        <w:rPr>
          <w:lang w:val="ru-RU"/>
        </w:rPr>
        <w:tab/>
      </w:r>
      <w:r w:rsidRPr="009D03A9">
        <w:rPr>
          <w:rFonts w:ascii="Times New Roman" w:eastAsia="Times New Roman" w:hAnsi="Times New Roman"/>
          <w:color w:val="000000"/>
          <w:sz w:val="24"/>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874BE2" w:rsidRPr="009D03A9" w:rsidRDefault="00CF7AB1">
      <w:pPr>
        <w:tabs>
          <w:tab w:val="left" w:pos="180"/>
        </w:tabs>
        <w:autoSpaceDE w:val="0"/>
        <w:autoSpaceDN w:val="0"/>
        <w:spacing w:before="70" w:after="0" w:line="283" w:lineRule="auto"/>
        <w:ind w:right="288"/>
        <w:rPr>
          <w:lang w:val="ru-RU"/>
        </w:rPr>
      </w:pPr>
      <w:r w:rsidRPr="009D03A9">
        <w:rPr>
          <w:lang w:val="ru-RU"/>
        </w:rPr>
        <w:tab/>
      </w:r>
      <w:r w:rsidRPr="009D03A9">
        <w:rPr>
          <w:rFonts w:ascii="Times New Roman" w:eastAsia="Times New Roman" w:hAnsi="Times New Roman"/>
          <w:b/>
          <w:color w:val="000000"/>
          <w:sz w:val="24"/>
          <w:lang w:val="ru-RU"/>
        </w:rPr>
        <w:t xml:space="preserve">Гражданское и духовно-нравственное воспитание: </w:t>
      </w:r>
      <w:r w:rsidRPr="009D03A9">
        <w:rPr>
          <w:lang w:val="ru-RU"/>
        </w:rPr>
        <w:br/>
      </w:r>
      <w:r w:rsidRPr="009D03A9">
        <w:rPr>
          <w:lang w:val="ru-RU"/>
        </w:rPr>
        <w:tab/>
      </w:r>
      <w:r w:rsidRPr="009D03A9">
        <w:rPr>
          <w:rFonts w:ascii="Times New Roman" w:eastAsia="Times New Roman" w:hAnsi="Times New Roman"/>
          <w:color w:val="000000"/>
          <w:sz w:val="24"/>
          <w:lang w:val="ru-RU"/>
        </w:rPr>
        <w:t xml:space="preserve">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(выборы, опросы и пр.); </w:t>
      </w:r>
      <w:r w:rsidRPr="009D03A9">
        <w:rPr>
          <w:lang w:val="ru-RU"/>
        </w:rPr>
        <w:br/>
      </w:r>
      <w:r w:rsidRPr="009D03A9">
        <w:rPr>
          <w:lang w:val="ru-RU"/>
        </w:rPr>
        <w:tab/>
      </w:r>
      <w:r w:rsidRPr="009D03A9">
        <w:rPr>
          <w:rFonts w:ascii="Times New Roman" w:eastAsia="Times New Roman" w:hAnsi="Times New Roman"/>
          <w:color w:val="000000"/>
          <w:sz w:val="24"/>
          <w:lang w:val="ru-RU"/>
        </w:rPr>
        <w:t>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874BE2" w:rsidRPr="009D03A9" w:rsidRDefault="00CF7AB1">
      <w:pPr>
        <w:tabs>
          <w:tab w:val="left" w:pos="180"/>
        </w:tabs>
        <w:autoSpaceDE w:val="0"/>
        <w:autoSpaceDN w:val="0"/>
        <w:spacing w:before="70" w:after="0" w:line="281" w:lineRule="auto"/>
        <w:ind w:right="288"/>
        <w:rPr>
          <w:lang w:val="ru-RU"/>
        </w:rPr>
      </w:pPr>
      <w:r w:rsidRPr="009D03A9">
        <w:rPr>
          <w:lang w:val="ru-RU"/>
        </w:rPr>
        <w:tab/>
      </w:r>
      <w:r w:rsidRPr="009D03A9">
        <w:rPr>
          <w:rFonts w:ascii="Times New Roman" w:eastAsia="Times New Roman" w:hAnsi="Times New Roman"/>
          <w:b/>
          <w:color w:val="000000"/>
          <w:sz w:val="24"/>
          <w:lang w:val="ru-RU"/>
        </w:rPr>
        <w:t xml:space="preserve">Трудовое воспитание: </w:t>
      </w:r>
      <w:r w:rsidRPr="009D03A9">
        <w:rPr>
          <w:lang w:val="ru-RU"/>
        </w:rPr>
        <w:br/>
      </w:r>
      <w:r w:rsidRPr="009D03A9">
        <w:rPr>
          <w:lang w:val="ru-RU"/>
        </w:rPr>
        <w:tab/>
      </w:r>
      <w:r w:rsidRPr="009D03A9">
        <w:rPr>
          <w:rFonts w:ascii="Times New Roman" w:eastAsia="Times New Roman" w:hAnsi="Times New Roman"/>
          <w:color w:val="000000"/>
          <w:sz w:val="24"/>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874BE2" w:rsidRPr="009D03A9" w:rsidRDefault="00CF7AB1">
      <w:pPr>
        <w:tabs>
          <w:tab w:val="left" w:pos="180"/>
        </w:tabs>
        <w:autoSpaceDE w:val="0"/>
        <w:autoSpaceDN w:val="0"/>
        <w:spacing w:before="70" w:after="0" w:line="271" w:lineRule="auto"/>
        <w:ind w:right="432"/>
        <w:rPr>
          <w:lang w:val="ru-RU"/>
        </w:rPr>
      </w:pPr>
      <w:r w:rsidRPr="009D03A9">
        <w:rPr>
          <w:lang w:val="ru-RU"/>
        </w:rPr>
        <w:tab/>
      </w:r>
      <w:r w:rsidRPr="009D03A9">
        <w:rPr>
          <w:rFonts w:ascii="Times New Roman" w:eastAsia="Times New Roman" w:hAnsi="Times New Roman"/>
          <w:b/>
          <w:color w:val="000000"/>
          <w:sz w:val="24"/>
          <w:lang w:val="ru-RU"/>
        </w:rPr>
        <w:t>Эстетическое воспитание</w:t>
      </w:r>
      <w:r w:rsidRPr="009D03A9">
        <w:rPr>
          <w:rFonts w:ascii="Times New Roman" w:eastAsia="Times New Roman" w:hAnsi="Times New Roman"/>
          <w:color w:val="000000"/>
          <w:sz w:val="24"/>
          <w:lang w:val="ru-RU"/>
        </w:rPr>
        <w:t xml:space="preserve">: </w:t>
      </w:r>
      <w:r w:rsidRPr="009D03A9">
        <w:rPr>
          <w:lang w:val="ru-RU"/>
        </w:rPr>
        <w:br/>
      </w:r>
      <w:r w:rsidRPr="009D03A9">
        <w:rPr>
          <w:lang w:val="ru-RU"/>
        </w:rPr>
        <w:tab/>
      </w:r>
      <w:r w:rsidRPr="009D03A9">
        <w:rPr>
          <w:rFonts w:ascii="Times New Roman" w:eastAsia="Times New Roman" w:hAnsi="Times New Roman"/>
          <w:color w:val="000000"/>
          <w:sz w:val="24"/>
          <w:lang w:val="ru-RU"/>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874BE2" w:rsidRPr="009D03A9" w:rsidRDefault="00CF7AB1">
      <w:pPr>
        <w:tabs>
          <w:tab w:val="left" w:pos="180"/>
        </w:tabs>
        <w:autoSpaceDE w:val="0"/>
        <w:autoSpaceDN w:val="0"/>
        <w:spacing w:before="70" w:after="0" w:line="281" w:lineRule="auto"/>
        <w:ind w:right="432"/>
        <w:rPr>
          <w:lang w:val="ru-RU"/>
        </w:rPr>
      </w:pPr>
      <w:r w:rsidRPr="009D03A9">
        <w:rPr>
          <w:lang w:val="ru-RU"/>
        </w:rPr>
        <w:tab/>
      </w:r>
      <w:r w:rsidRPr="009D03A9">
        <w:rPr>
          <w:rFonts w:ascii="Times New Roman" w:eastAsia="Times New Roman" w:hAnsi="Times New Roman"/>
          <w:b/>
          <w:color w:val="000000"/>
          <w:sz w:val="24"/>
          <w:lang w:val="ru-RU"/>
        </w:rPr>
        <w:t xml:space="preserve">Ценности научного познания: </w:t>
      </w:r>
      <w:r w:rsidRPr="009D03A9">
        <w:rPr>
          <w:lang w:val="ru-RU"/>
        </w:rPr>
        <w:br/>
      </w:r>
      <w:r w:rsidRPr="009D03A9">
        <w:rPr>
          <w:lang w:val="ru-RU"/>
        </w:rPr>
        <w:tab/>
      </w:r>
      <w:r w:rsidRPr="009D03A9">
        <w:rPr>
          <w:rFonts w:ascii="Times New Roman" w:eastAsia="Times New Roman" w:hAnsi="Times New Roman"/>
          <w:color w:val="000000"/>
          <w:sz w:val="24"/>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874BE2" w:rsidRPr="009D03A9" w:rsidRDefault="00CF7AB1">
      <w:pPr>
        <w:tabs>
          <w:tab w:val="left" w:pos="180"/>
        </w:tabs>
        <w:autoSpaceDE w:val="0"/>
        <w:autoSpaceDN w:val="0"/>
        <w:spacing w:before="70" w:after="0" w:line="281" w:lineRule="auto"/>
        <w:rPr>
          <w:lang w:val="ru-RU"/>
        </w:rPr>
      </w:pPr>
      <w:r w:rsidRPr="009D03A9">
        <w:rPr>
          <w:lang w:val="ru-RU"/>
        </w:rPr>
        <w:tab/>
      </w:r>
      <w:r w:rsidRPr="009D03A9">
        <w:rPr>
          <w:rFonts w:ascii="Times New Roman" w:eastAsia="Times New Roman" w:hAnsi="Times New Roman"/>
          <w:b/>
          <w:color w:val="000000"/>
          <w:sz w:val="24"/>
          <w:lang w:val="ru-RU"/>
        </w:rPr>
        <w:t xml:space="preserve">Физическое воспитание, формирование культуры здоровья и эмоционального благополучия: </w:t>
      </w:r>
      <w:r w:rsidRPr="009D03A9">
        <w:rPr>
          <w:lang w:val="ru-RU"/>
        </w:rPr>
        <w:tab/>
      </w:r>
      <w:r w:rsidRPr="009D03A9">
        <w:rPr>
          <w:rFonts w:ascii="Times New Roman" w:eastAsia="Times New Roman" w:hAnsi="Times New Roman"/>
          <w:color w:val="000000"/>
          <w:sz w:val="24"/>
          <w:lang w:val="ru-RU"/>
        </w:rPr>
        <w:t xml:space="preserve">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w:t>
      </w:r>
      <w:proofErr w:type="spellStart"/>
      <w:r w:rsidRPr="009D03A9">
        <w:rPr>
          <w:rFonts w:ascii="Times New Roman" w:eastAsia="Times New Roman" w:hAnsi="Times New Roman"/>
          <w:color w:val="000000"/>
          <w:sz w:val="24"/>
          <w:lang w:val="ru-RU"/>
        </w:rPr>
        <w:t>сформированностью</w:t>
      </w:r>
      <w:proofErr w:type="spellEnd"/>
      <w:r w:rsidRPr="009D03A9">
        <w:rPr>
          <w:rFonts w:ascii="Times New Roman" w:eastAsia="Times New Roman" w:hAnsi="Times New Roman"/>
          <w:color w:val="000000"/>
          <w:sz w:val="24"/>
          <w:lang w:val="ru-RU"/>
        </w:rPr>
        <w:t xml:space="preserve"> навыка рефлексии, признанием своего права на ошибку и такого же права другого человека.</w:t>
      </w:r>
    </w:p>
    <w:p w:rsidR="00874BE2" w:rsidRPr="009D03A9" w:rsidRDefault="00CF7AB1">
      <w:pPr>
        <w:tabs>
          <w:tab w:val="left" w:pos="180"/>
        </w:tabs>
        <w:autoSpaceDE w:val="0"/>
        <w:autoSpaceDN w:val="0"/>
        <w:spacing w:before="70" w:after="0"/>
        <w:ind w:right="144"/>
        <w:rPr>
          <w:lang w:val="ru-RU"/>
        </w:rPr>
      </w:pPr>
      <w:r w:rsidRPr="009D03A9">
        <w:rPr>
          <w:lang w:val="ru-RU"/>
        </w:rPr>
        <w:lastRenderedPageBreak/>
        <w:tab/>
      </w:r>
      <w:r w:rsidRPr="009D03A9">
        <w:rPr>
          <w:rFonts w:ascii="Times New Roman" w:eastAsia="Times New Roman" w:hAnsi="Times New Roman"/>
          <w:b/>
          <w:color w:val="000000"/>
          <w:sz w:val="24"/>
          <w:lang w:val="ru-RU"/>
        </w:rPr>
        <w:t xml:space="preserve">Экологическое воспитание: </w:t>
      </w:r>
      <w:r w:rsidRPr="009D03A9">
        <w:rPr>
          <w:lang w:val="ru-RU"/>
        </w:rPr>
        <w:br/>
      </w:r>
      <w:r w:rsidRPr="009D03A9">
        <w:rPr>
          <w:lang w:val="ru-RU"/>
        </w:rPr>
        <w:tab/>
      </w:r>
      <w:r w:rsidRPr="009D03A9">
        <w:rPr>
          <w:rFonts w:ascii="Times New Roman" w:eastAsia="Times New Roman" w:hAnsi="Times New Roman"/>
          <w:color w:val="000000"/>
          <w:sz w:val="24"/>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874BE2" w:rsidRPr="009D03A9" w:rsidRDefault="00CF7AB1">
      <w:pPr>
        <w:tabs>
          <w:tab w:val="left" w:pos="180"/>
        </w:tabs>
        <w:autoSpaceDE w:val="0"/>
        <w:autoSpaceDN w:val="0"/>
        <w:spacing w:before="70" w:after="0" w:line="286" w:lineRule="auto"/>
        <w:ind w:right="144"/>
        <w:rPr>
          <w:lang w:val="ru-RU"/>
        </w:rPr>
      </w:pPr>
      <w:r w:rsidRPr="009D03A9">
        <w:rPr>
          <w:lang w:val="ru-RU"/>
        </w:rPr>
        <w:tab/>
      </w:r>
      <w:r w:rsidRPr="009D03A9">
        <w:rPr>
          <w:rFonts w:ascii="Times New Roman" w:eastAsia="Times New Roman" w:hAnsi="Times New Roman"/>
          <w:b/>
          <w:color w:val="000000"/>
          <w:sz w:val="24"/>
          <w:lang w:val="ru-RU"/>
        </w:rPr>
        <w:t xml:space="preserve">Личностные результаты, обеспечивающие адаптацию обучающегося к изменяющимся условиям социальной и природной среды: </w:t>
      </w:r>
      <w:r w:rsidRPr="009D03A9">
        <w:rPr>
          <w:lang w:val="ru-RU"/>
        </w:rPr>
        <w:br/>
      </w:r>
      <w:r w:rsidRPr="009D03A9">
        <w:rPr>
          <w:lang w:val="ru-RU"/>
        </w:rPr>
        <w:tab/>
      </w:r>
      <w:r w:rsidRPr="009D03A9">
        <w:rPr>
          <w:rFonts w:ascii="Times New Roman" w:eastAsia="Times New Roman" w:hAnsi="Times New Roman"/>
          <w:color w:val="000000"/>
          <w:sz w:val="24"/>
          <w:lang w:val="ru-RU"/>
        </w:rPr>
        <w:t xml:space="preserve">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 </w:t>
      </w:r>
      <w:r w:rsidRPr="009D03A9">
        <w:rPr>
          <w:lang w:val="ru-RU"/>
        </w:rPr>
        <w:br/>
      </w:r>
      <w:r w:rsidRPr="009D03A9">
        <w:rPr>
          <w:lang w:val="ru-RU"/>
        </w:rPr>
        <w:tab/>
      </w:r>
      <w:r w:rsidRPr="009D03A9">
        <w:rPr>
          <w:rFonts w:ascii="Times New Roman" w:eastAsia="Times New Roman" w:hAnsi="Times New Roman"/>
          <w:color w:val="000000"/>
          <w:sz w:val="24"/>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874BE2" w:rsidRPr="009D03A9" w:rsidRDefault="00CF7AB1">
      <w:pPr>
        <w:autoSpaceDE w:val="0"/>
        <w:autoSpaceDN w:val="0"/>
        <w:spacing w:after="0" w:line="271" w:lineRule="auto"/>
        <w:ind w:firstLine="180"/>
        <w:rPr>
          <w:lang w:val="ru-RU"/>
        </w:rPr>
      </w:pPr>
      <w:r w:rsidRPr="009D03A9">
        <w:rPr>
          <w:rFonts w:ascii="Times New Roman" w:eastAsia="Times New Roman" w:hAnsi="Times New Roman"/>
          <w:color w:val="000000"/>
          <w:sz w:val="24"/>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874BE2" w:rsidRPr="009D03A9" w:rsidRDefault="00CF7AB1">
      <w:pPr>
        <w:autoSpaceDE w:val="0"/>
        <w:autoSpaceDN w:val="0"/>
        <w:spacing w:before="262" w:after="0" w:line="230" w:lineRule="auto"/>
        <w:rPr>
          <w:lang w:val="ru-RU"/>
        </w:rPr>
      </w:pPr>
      <w:r w:rsidRPr="009D03A9">
        <w:rPr>
          <w:rFonts w:ascii="Times New Roman" w:eastAsia="Times New Roman" w:hAnsi="Times New Roman"/>
          <w:b/>
          <w:color w:val="000000"/>
          <w:sz w:val="24"/>
          <w:lang w:val="ru-RU"/>
        </w:rPr>
        <w:t>МЕТАПРЕДМЕТНЫЕ РЕЗУЛЬТАТЫ</w:t>
      </w:r>
    </w:p>
    <w:p w:rsidR="00874BE2" w:rsidRPr="009D03A9" w:rsidRDefault="00CF7AB1">
      <w:pPr>
        <w:autoSpaceDE w:val="0"/>
        <w:autoSpaceDN w:val="0"/>
        <w:spacing w:before="166" w:after="0" w:line="271" w:lineRule="auto"/>
        <w:ind w:right="720" w:firstLine="180"/>
        <w:rPr>
          <w:lang w:val="ru-RU"/>
        </w:rPr>
      </w:pPr>
      <w:r w:rsidRPr="009D03A9">
        <w:rPr>
          <w:rFonts w:ascii="Times New Roman" w:eastAsia="Times New Roman" w:hAnsi="Times New Roman"/>
          <w:color w:val="000000"/>
          <w:sz w:val="24"/>
          <w:lang w:val="ru-RU"/>
        </w:rPr>
        <w:t>Метапредметные результаты освоения программы учебного предмета «Математика»</w:t>
      </w:r>
      <w:r w:rsidR="009D03A9">
        <w:rPr>
          <w:rFonts w:ascii="Times New Roman" w:eastAsia="Times New Roman" w:hAnsi="Times New Roman"/>
          <w:color w:val="000000"/>
          <w:sz w:val="24"/>
          <w:lang w:val="ru-RU"/>
        </w:rPr>
        <w:t xml:space="preserve"> </w:t>
      </w:r>
      <w:r w:rsidRPr="009D03A9">
        <w:rPr>
          <w:rFonts w:ascii="Times New Roman" w:eastAsia="Times New Roman" w:hAnsi="Times New Roman"/>
          <w:color w:val="000000"/>
          <w:sz w:val="24"/>
          <w:lang w:val="ru-RU"/>
        </w:rPr>
        <w:t xml:space="preserve">характеризуются овладением </w:t>
      </w:r>
      <w:r w:rsidRPr="009D03A9">
        <w:rPr>
          <w:rFonts w:ascii="Times New Roman" w:eastAsia="Times New Roman" w:hAnsi="Times New Roman"/>
          <w:i/>
          <w:color w:val="000000"/>
          <w:sz w:val="24"/>
          <w:lang w:val="ru-RU"/>
        </w:rPr>
        <w:t xml:space="preserve">универсальными </w:t>
      </w:r>
      <w:r w:rsidRPr="009D03A9">
        <w:rPr>
          <w:rFonts w:ascii="Times New Roman" w:eastAsia="Times New Roman" w:hAnsi="Times New Roman"/>
          <w:b/>
          <w:i/>
          <w:color w:val="000000"/>
          <w:sz w:val="24"/>
          <w:lang w:val="ru-RU"/>
        </w:rPr>
        <w:t xml:space="preserve">познавательными </w:t>
      </w:r>
      <w:r w:rsidRPr="009D03A9">
        <w:rPr>
          <w:rFonts w:ascii="Times New Roman" w:eastAsia="Times New Roman" w:hAnsi="Times New Roman"/>
          <w:i/>
          <w:color w:val="000000"/>
          <w:sz w:val="24"/>
          <w:lang w:val="ru-RU"/>
        </w:rPr>
        <w:t xml:space="preserve">действиями, универсальными </w:t>
      </w:r>
      <w:r w:rsidRPr="009D03A9">
        <w:rPr>
          <w:rFonts w:ascii="Times New Roman" w:eastAsia="Times New Roman" w:hAnsi="Times New Roman"/>
          <w:b/>
          <w:i/>
          <w:color w:val="000000"/>
          <w:sz w:val="24"/>
          <w:lang w:val="ru-RU"/>
        </w:rPr>
        <w:t xml:space="preserve">коммуникативными </w:t>
      </w:r>
      <w:r w:rsidRPr="009D03A9">
        <w:rPr>
          <w:rFonts w:ascii="Times New Roman" w:eastAsia="Times New Roman" w:hAnsi="Times New Roman"/>
          <w:i/>
          <w:color w:val="000000"/>
          <w:sz w:val="24"/>
          <w:lang w:val="ru-RU"/>
        </w:rPr>
        <w:t xml:space="preserve">действиями и универсальными </w:t>
      </w:r>
      <w:r w:rsidRPr="009D03A9">
        <w:rPr>
          <w:rFonts w:ascii="Times New Roman" w:eastAsia="Times New Roman" w:hAnsi="Times New Roman"/>
          <w:b/>
          <w:i/>
          <w:color w:val="000000"/>
          <w:sz w:val="24"/>
          <w:lang w:val="ru-RU"/>
        </w:rPr>
        <w:t xml:space="preserve">регулятивными </w:t>
      </w:r>
      <w:r w:rsidRPr="009D03A9">
        <w:rPr>
          <w:rFonts w:ascii="Times New Roman" w:eastAsia="Times New Roman" w:hAnsi="Times New Roman"/>
          <w:i/>
          <w:color w:val="000000"/>
          <w:sz w:val="24"/>
          <w:lang w:val="ru-RU"/>
        </w:rPr>
        <w:t>действиями.</w:t>
      </w:r>
    </w:p>
    <w:p w:rsidR="00874BE2" w:rsidRPr="009D03A9" w:rsidRDefault="00CF7AB1">
      <w:pPr>
        <w:autoSpaceDE w:val="0"/>
        <w:autoSpaceDN w:val="0"/>
        <w:spacing w:before="190" w:after="0" w:line="271" w:lineRule="auto"/>
        <w:ind w:right="288" w:firstLine="180"/>
        <w:rPr>
          <w:lang w:val="ru-RU"/>
        </w:rPr>
      </w:pPr>
      <w:r w:rsidRPr="009D03A9">
        <w:rPr>
          <w:rFonts w:ascii="Times New Roman" w:eastAsia="Times New Roman" w:hAnsi="Times New Roman"/>
          <w:i/>
          <w:color w:val="000000"/>
          <w:sz w:val="24"/>
          <w:lang w:val="ru-RU"/>
        </w:rPr>
        <w:t xml:space="preserve">1) Универсальные </w:t>
      </w:r>
      <w:r w:rsidRPr="009D03A9">
        <w:rPr>
          <w:rFonts w:ascii="Times New Roman" w:eastAsia="Times New Roman" w:hAnsi="Times New Roman"/>
          <w:b/>
          <w:i/>
          <w:color w:val="000000"/>
          <w:sz w:val="24"/>
          <w:lang w:val="ru-RU"/>
        </w:rPr>
        <w:t xml:space="preserve">познавательные </w:t>
      </w:r>
      <w:r w:rsidRPr="009D03A9">
        <w:rPr>
          <w:rFonts w:ascii="Times New Roman" w:eastAsia="Times New Roman" w:hAnsi="Times New Roman"/>
          <w:i/>
          <w:color w:val="000000"/>
          <w:sz w:val="24"/>
          <w:lang w:val="ru-RU"/>
        </w:rPr>
        <w:t xml:space="preserve">действия обеспечивают формирование </w:t>
      </w:r>
      <w:r w:rsidR="009D03A9" w:rsidRPr="009D03A9">
        <w:rPr>
          <w:rFonts w:ascii="Times New Roman" w:eastAsia="Times New Roman" w:hAnsi="Times New Roman"/>
          <w:i/>
          <w:color w:val="000000"/>
          <w:sz w:val="24"/>
          <w:lang w:val="ru-RU"/>
        </w:rPr>
        <w:t>базовых когнитивных процессов,</w:t>
      </w:r>
      <w:r w:rsidRPr="009D03A9">
        <w:rPr>
          <w:rFonts w:ascii="Times New Roman" w:eastAsia="Times New Roman" w:hAnsi="Times New Roman"/>
          <w:i/>
          <w:color w:val="000000"/>
          <w:sz w:val="24"/>
          <w:lang w:val="ru-RU"/>
        </w:rPr>
        <w:t xml:space="preserve"> обучающихся (освоение методов познания окружающего мира; применение логических, исследовательских операций, умений работать с информацией).</w:t>
      </w:r>
    </w:p>
    <w:p w:rsidR="00874BE2" w:rsidRPr="009D03A9" w:rsidRDefault="00CF7AB1">
      <w:pPr>
        <w:autoSpaceDE w:val="0"/>
        <w:autoSpaceDN w:val="0"/>
        <w:spacing w:before="192" w:after="0" w:line="230" w:lineRule="auto"/>
        <w:ind w:left="180"/>
        <w:rPr>
          <w:lang w:val="ru-RU"/>
        </w:rPr>
      </w:pPr>
      <w:r w:rsidRPr="009D03A9">
        <w:rPr>
          <w:rFonts w:ascii="Times New Roman" w:eastAsia="Times New Roman" w:hAnsi="Times New Roman"/>
          <w:b/>
          <w:color w:val="000000"/>
          <w:sz w:val="24"/>
          <w:lang w:val="ru-RU"/>
        </w:rPr>
        <w:t>Базовые логические действия:</w:t>
      </w:r>
    </w:p>
    <w:p w:rsidR="00874BE2" w:rsidRPr="009D03A9" w:rsidRDefault="00CF7AB1">
      <w:pPr>
        <w:autoSpaceDE w:val="0"/>
        <w:autoSpaceDN w:val="0"/>
        <w:spacing w:before="178" w:after="0" w:line="262" w:lineRule="auto"/>
        <w:ind w:left="420" w:right="576"/>
        <w:rPr>
          <w:lang w:val="ru-RU"/>
        </w:rPr>
      </w:pPr>
      <w:r w:rsidRPr="009D03A9">
        <w:rPr>
          <w:rFonts w:ascii="Times New Roman" w:eastAsia="Times New Roman" w:hAnsi="Times New Roman"/>
          <w:color w:val="000000"/>
          <w:sz w:val="24"/>
          <w:lang w:val="ru-RU"/>
        </w:rPr>
        <w:t xml:space="preserve">—  выявлять и характеризовать существенные признаки математических объектов, понятий, отношений между понятиями; </w:t>
      </w:r>
    </w:p>
    <w:p w:rsidR="00874BE2" w:rsidRPr="009D03A9" w:rsidRDefault="00CF7AB1">
      <w:pPr>
        <w:autoSpaceDE w:val="0"/>
        <w:autoSpaceDN w:val="0"/>
        <w:spacing w:before="190" w:after="0" w:line="262" w:lineRule="auto"/>
        <w:ind w:left="420" w:right="144"/>
        <w:rPr>
          <w:lang w:val="ru-RU"/>
        </w:rPr>
      </w:pPr>
      <w:r w:rsidRPr="009D03A9">
        <w:rPr>
          <w:rFonts w:ascii="Times New Roman" w:eastAsia="Times New Roman" w:hAnsi="Times New Roman"/>
          <w:color w:val="000000"/>
          <w:sz w:val="24"/>
          <w:lang w:val="ru-RU"/>
        </w:rPr>
        <w:t xml:space="preserve">—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 </w:t>
      </w:r>
    </w:p>
    <w:p w:rsidR="00874BE2" w:rsidRPr="009D03A9" w:rsidRDefault="00CF7AB1">
      <w:pPr>
        <w:autoSpaceDE w:val="0"/>
        <w:autoSpaceDN w:val="0"/>
        <w:spacing w:before="190" w:after="0" w:line="262" w:lineRule="auto"/>
        <w:ind w:left="420" w:right="1584"/>
        <w:rPr>
          <w:lang w:val="ru-RU"/>
        </w:rPr>
      </w:pPr>
      <w:r w:rsidRPr="009D03A9">
        <w:rPr>
          <w:rFonts w:ascii="Times New Roman" w:eastAsia="Times New Roman" w:hAnsi="Times New Roman"/>
          <w:color w:val="000000"/>
          <w:sz w:val="24"/>
          <w:lang w:val="ru-RU"/>
        </w:rPr>
        <w:t xml:space="preserve">—  воспринимать, формулировать и преобразовывать суждения: утвердительные и отрицательные, единичные, частные и общие; </w:t>
      </w:r>
    </w:p>
    <w:p w:rsidR="00874BE2" w:rsidRPr="009D03A9" w:rsidRDefault="00CF7AB1">
      <w:pPr>
        <w:autoSpaceDE w:val="0"/>
        <w:autoSpaceDN w:val="0"/>
        <w:spacing w:before="190" w:after="0" w:line="262" w:lineRule="auto"/>
        <w:ind w:left="420" w:right="144"/>
        <w:rPr>
          <w:lang w:val="ru-RU"/>
        </w:rPr>
      </w:pPr>
      <w:r w:rsidRPr="009D03A9">
        <w:rPr>
          <w:rFonts w:ascii="Times New Roman" w:eastAsia="Times New Roman" w:hAnsi="Times New Roman"/>
          <w:color w:val="000000"/>
          <w:sz w:val="24"/>
          <w:lang w:val="ru-RU"/>
        </w:rPr>
        <w:t xml:space="preserve">—  условные; выявлять математические закономерности, взаимосвязи и противоречия в фактах, данных, наблюдениях и утверждениях; </w:t>
      </w:r>
    </w:p>
    <w:p w:rsidR="00874BE2" w:rsidRPr="009D03A9" w:rsidRDefault="00CF7AB1">
      <w:pPr>
        <w:autoSpaceDE w:val="0"/>
        <w:autoSpaceDN w:val="0"/>
        <w:spacing w:before="190" w:after="0" w:line="230" w:lineRule="auto"/>
        <w:ind w:left="420"/>
        <w:rPr>
          <w:lang w:val="ru-RU"/>
        </w:rPr>
      </w:pPr>
      <w:r w:rsidRPr="009D03A9">
        <w:rPr>
          <w:rFonts w:ascii="Times New Roman" w:eastAsia="Times New Roman" w:hAnsi="Times New Roman"/>
          <w:color w:val="000000"/>
          <w:sz w:val="24"/>
          <w:lang w:val="ru-RU"/>
        </w:rPr>
        <w:t xml:space="preserve">—  предлагать критерии для выявления закономерностей и противоречий; </w:t>
      </w:r>
    </w:p>
    <w:p w:rsidR="00874BE2" w:rsidRPr="009D03A9" w:rsidRDefault="00CF7AB1">
      <w:pPr>
        <w:autoSpaceDE w:val="0"/>
        <w:autoSpaceDN w:val="0"/>
        <w:spacing w:before="190" w:after="0" w:line="262" w:lineRule="auto"/>
        <w:ind w:left="420" w:right="1584"/>
        <w:rPr>
          <w:lang w:val="ru-RU"/>
        </w:rPr>
      </w:pPr>
      <w:r w:rsidRPr="009D03A9">
        <w:rPr>
          <w:rFonts w:ascii="Times New Roman" w:eastAsia="Times New Roman" w:hAnsi="Times New Roman"/>
          <w:color w:val="000000"/>
          <w:sz w:val="24"/>
          <w:lang w:val="ru-RU"/>
        </w:rPr>
        <w:t xml:space="preserve">—  делать выводы с использованием законов логики, дедуктивных и индуктивных умозаключений, умозаключений по аналогии; </w:t>
      </w:r>
    </w:p>
    <w:p w:rsidR="00874BE2" w:rsidRPr="009D03A9" w:rsidRDefault="00CF7AB1">
      <w:pPr>
        <w:autoSpaceDE w:val="0"/>
        <w:autoSpaceDN w:val="0"/>
        <w:spacing w:before="190" w:after="0" w:line="271" w:lineRule="auto"/>
        <w:ind w:left="420" w:right="144"/>
        <w:rPr>
          <w:lang w:val="ru-RU"/>
        </w:rPr>
      </w:pPr>
      <w:r w:rsidRPr="009D03A9">
        <w:rPr>
          <w:rFonts w:ascii="Times New Roman" w:eastAsia="Times New Roman" w:hAnsi="Times New Roman"/>
          <w:color w:val="000000"/>
          <w:sz w:val="24"/>
          <w:lang w:val="ru-RU"/>
        </w:rPr>
        <w:t xml:space="preserve">—  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w:t>
      </w:r>
      <w:proofErr w:type="spellStart"/>
      <w:r w:rsidRPr="009D03A9">
        <w:rPr>
          <w:rFonts w:ascii="Times New Roman" w:eastAsia="Times New Roman" w:hAnsi="Times New Roman"/>
          <w:color w:val="000000"/>
          <w:sz w:val="24"/>
          <w:lang w:val="ru-RU"/>
        </w:rPr>
        <w:t>контрпримеры</w:t>
      </w:r>
      <w:proofErr w:type="spellEnd"/>
      <w:r w:rsidRPr="009D03A9">
        <w:rPr>
          <w:rFonts w:ascii="Times New Roman" w:eastAsia="Times New Roman" w:hAnsi="Times New Roman"/>
          <w:color w:val="000000"/>
          <w:sz w:val="24"/>
          <w:lang w:val="ru-RU"/>
        </w:rPr>
        <w:t xml:space="preserve">; </w:t>
      </w:r>
    </w:p>
    <w:p w:rsidR="00874BE2" w:rsidRPr="009D03A9" w:rsidRDefault="00CF7AB1">
      <w:pPr>
        <w:autoSpaceDE w:val="0"/>
        <w:autoSpaceDN w:val="0"/>
        <w:spacing w:before="190" w:after="0" w:line="271" w:lineRule="auto"/>
        <w:ind w:left="420" w:right="1152"/>
        <w:rPr>
          <w:lang w:val="ru-RU"/>
        </w:rPr>
      </w:pPr>
      <w:r w:rsidRPr="009D03A9">
        <w:rPr>
          <w:rFonts w:ascii="Times New Roman" w:eastAsia="Times New Roman" w:hAnsi="Times New Roman"/>
          <w:color w:val="000000"/>
          <w:sz w:val="24"/>
          <w:lang w:val="ru-RU"/>
        </w:rPr>
        <w:lastRenderedPageBreak/>
        <w:t>—  обосновывать собственные рассуждения;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874BE2" w:rsidRPr="009D03A9" w:rsidRDefault="00CF7AB1">
      <w:pPr>
        <w:autoSpaceDE w:val="0"/>
        <w:autoSpaceDN w:val="0"/>
        <w:spacing w:before="180" w:after="0" w:line="230" w:lineRule="auto"/>
        <w:ind w:left="180"/>
        <w:rPr>
          <w:lang w:val="ru-RU"/>
        </w:rPr>
      </w:pPr>
      <w:r w:rsidRPr="009D03A9">
        <w:rPr>
          <w:rFonts w:ascii="Times New Roman" w:eastAsia="Times New Roman" w:hAnsi="Times New Roman"/>
          <w:b/>
          <w:color w:val="000000"/>
          <w:sz w:val="24"/>
          <w:lang w:val="ru-RU"/>
        </w:rPr>
        <w:t>Базовые исследовательские действия:</w:t>
      </w:r>
    </w:p>
    <w:p w:rsidR="00874BE2" w:rsidRPr="009D03A9" w:rsidRDefault="00CF7AB1">
      <w:pPr>
        <w:autoSpaceDE w:val="0"/>
        <w:autoSpaceDN w:val="0"/>
        <w:spacing w:before="178" w:after="0" w:line="230" w:lineRule="auto"/>
        <w:ind w:left="420"/>
        <w:rPr>
          <w:lang w:val="ru-RU"/>
        </w:rPr>
      </w:pPr>
      <w:r w:rsidRPr="009D03A9">
        <w:rPr>
          <w:rFonts w:ascii="Times New Roman" w:eastAsia="Times New Roman" w:hAnsi="Times New Roman"/>
          <w:color w:val="000000"/>
          <w:sz w:val="24"/>
          <w:lang w:val="ru-RU"/>
        </w:rPr>
        <w:t xml:space="preserve">—  использовать вопросы как исследовательский инструмент познания; </w:t>
      </w:r>
    </w:p>
    <w:p w:rsidR="00874BE2" w:rsidRPr="009D03A9" w:rsidRDefault="00CF7AB1">
      <w:pPr>
        <w:autoSpaceDE w:val="0"/>
        <w:autoSpaceDN w:val="0"/>
        <w:spacing w:before="190" w:after="0" w:line="262" w:lineRule="auto"/>
        <w:ind w:left="420" w:right="1296"/>
        <w:rPr>
          <w:lang w:val="ru-RU"/>
        </w:rPr>
      </w:pPr>
      <w:r w:rsidRPr="009D03A9">
        <w:rPr>
          <w:rFonts w:ascii="Times New Roman" w:eastAsia="Times New Roman" w:hAnsi="Times New Roman"/>
          <w:color w:val="000000"/>
          <w:sz w:val="24"/>
          <w:lang w:val="ru-RU"/>
        </w:rPr>
        <w:t xml:space="preserve">—  формулировать вопросы, фиксирующие противоречие, проблему, самостоятельно устанавливать искомое и данное, формировать гипотезу, </w:t>
      </w:r>
    </w:p>
    <w:p w:rsidR="00874BE2" w:rsidRPr="009D03A9" w:rsidRDefault="00CF7AB1">
      <w:pPr>
        <w:autoSpaceDE w:val="0"/>
        <w:autoSpaceDN w:val="0"/>
        <w:spacing w:before="190" w:after="0" w:line="230" w:lineRule="auto"/>
        <w:ind w:left="420"/>
        <w:rPr>
          <w:lang w:val="ru-RU"/>
        </w:rPr>
      </w:pPr>
      <w:r w:rsidRPr="009D03A9">
        <w:rPr>
          <w:rFonts w:ascii="Times New Roman" w:eastAsia="Times New Roman" w:hAnsi="Times New Roman"/>
          <w:color w:val="000000"/>
          <w:sz w:val="24"/>
          <w:lang w:val="ru-RU"/>
        </w:rPr>
        <w:t>—  аргументировать свою позицию, мнение;</w:t>
      </w:r>
    </w:p>
    <w:p w:rsidR="00874BE2" w:rsidRPr="009D03A9" w:rsidRDefault="00CF7AB1">
      <w:pPr>
        <w:autoSpaceDE w:val="0"/>
        <w:autoSpaceDN w:val="0"/>
        <w:spacing w:before="190" w:after="0" w:line="271" w:lineRule="auto"/>
        <w:ind w:left="420" w:right="288"/>
        <w:rPr>
          <w:lang w:val="ru-RU"/>
        </w:rPr>
      </w:pPr>
      <w:r w:rsidRPr="009D03A9">
        <w:rPr>
          <w:rFonts w:ascii="Times New Roman" w:eastAsia="Times New Roman" w:hAnsi="Times New Roman"/>
          <w:color w:val="000000"/>
          <w:sz w:val="24"/>
          <w:lang w:val="ru-RU"/>
        </w:rPr>
        <w:t xml:space="preserve">—  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 </w:t>
      </w:r>
    </w:p>
    <w:p w:rsidR="00874BE2" w:rsidRPr="009D03A9" w:rsidRDefault="00CF7AB1">
      <w:pPr>
        <w:autoSpaceDE w:val="0"/>
        <w:autoSpaceDN w:val="0"/>
        <w:spacing w:before="190" w:after="0"/>
        <w:ind w:left="420" w:right="144"/>
        <w:rPr>
          <w:lang w:val="ru-RU"/>
        </w:rPr>
      </w:pPr>
      <w:r w:rsidRPr="009D03A9">
        <w:rPr>
          <w:rFonts w:ascii="Times New Roman" w:eastAsia="Times New Roman" w:hAnsi="Times New Roman"/>
          <w:color w:val="000000"/>
          <w:sz w:val="24"/>
          <w:lang w:val="ru-RU"/>
        </w:rPr>
        <w:t>—  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 прогнозировать возможное развитие процесса, а также выдвигать предположения о его развитии в новых условиях.</w:t>
      </w:r>
    </w:p>
    <w:p w:rsidR="00874BE2" w:rsidRPr="009D03A9" w:rsidRDefault="00874BE2">
      <w:pPr>
        <w:autoSpaceDE w:val="0"/>
        <w:autoSpaceDN w:val="0"/>
        <w:spacing w:after="78" w:line="220" w:lineRule="exact"/>
        <w:rPr>
          <w:lang w:val="ru-RU"/>
        </w:rPr>
      </w:pPr>
    </w:p>
    <w:p w:rsidR="00874BE2" w:rsidRPr="009D03A9" w:rsidRDefault="00CF7AB1">
      <w:pPr>
        <w:autoSpaceDE w:val="0"/>
        <w:autoSpaceDN w:val="0"/>
        <w:spacing w:after="0" w:line="230" w:lineRule="auto"/>
        <w:ind w:left="180"/>
        <w:rPr>
          <w:lang w:val="ru-RU"/>
        </w:rPr>
      </w:pPr>
      <w:r w:rsidRPr="009D03A9">
        <w:rPr>
          <w:rFonts w:ascii="Times New Roman" w:eastAsia="Times New Roman" w:hAnsi="Times New Roman"/>
          <w:b/>
          <w:color w:val="000000"/>
          <w:sz w:val="24"/>
          <w:lang w:val="ru-RU"/>
        </w:rPr>
        <w:t>Работа с информацией:</w:t>
      </w:r>
    </w:p>
    <w:p w:rsidR="00874BE2" w:rsidRPr="009D03A9" w:rsidRDefault="00CF7AB1">
      <w:pPr>
        <w:autoSpaceDE w:val="0"/>
        <w:autoSpaceDN w:val="0"/>
        <w:spacing w:before="178" w:after="0" w:line="262" w:lineRule="auto"/>
        <w:ind w:left="420"/>
        <w:rPr>
          <w:lang w:val="ru-RU"/>
        </w:rPr>
      </w:pPr>
      <w:r w:rsidRPr="009D03A9">
        <w:rPr>
          <w:rFonts w:ascii="Times New Roman" w:eastAsia="Times New Roman" w:hAnsi="Times New Roman"/>
          <w:color w:val="000000"/>
          <w:sz w:val="24"/>
          <w:lang w:val="ru-RU"/>
        </w:rPr>
        <w:t xml:space="preserve">—  выявлять недостаточность и избыточность информации, данных, необходимых для решения задачи; </w:t>
      </w:r>
    </w:p>
    <w:p w:rsidR="00874BE2" w:rsidRPr="009D03A9" w:rsidRDefault="00CF7AB1">
      <w:pPr>
        <w:autoSpaceDE w:val="0"/>
        <w:autoSpaceDN w:val="0"/>
        <w:spacing w:before="190" w:after="0" w:line="262" w:lineRule="auto"/>
        <w:ind w:left="420" w:right="288"/>
        <w:rPr>
          <w:lang w:val="ru-RU"/>
        </w:rPr>
      </w:pPr>
      <w:r w:rsidRPr="009D03A9">
        <w:rPr>
          <w:rFonts w:ascii="Times New Roman" w:eastAsia="Times New Roman" w:hAnsi="Times New Roman"/>
          <w:color w:val="000000"/>
          <w:sz w:val="24"/>
          <w:lang w:val="ru-RU"/>
        </w:rPr>
        <w:t xml:space="preserve">—  выбирать, анализировать, систематизировать и интерпретировать информацию различных видов и форм представления; </w:t>
      </w:r>
    </w:p>
    <w:p w:rsidR="00874BE2" w:rsidRPr="009D03A9" w:rsidRDefault="00CF7AB1">
      <w:pPr>
        <w:autoSpaceDE w:val="0"/>
        <w:autoSpaceDN w:val="0"/>
        <w:spacing w:before="190" w:after="0" w:line="262" w:lineRule="auto"/>
        <w:ind w:left="420" w:right="144"/>
        <w:rPr>
          <w:lang w:val="ru-RU"/>
        </w:rPr>
      </w:pPr>
      <w:r w:rsidRPr="009D03A9">
        <w:rPr>
          <w:rFonts w:ascii="Times New Roman" w:eastAsia="Times New Roman" w:hAnsi="Times New Roman"/>
          <w:color w:val="000000"/>
          <w:sz w:val="24"/>
          <w:lang w:val="ru-RU"/>
        </w:rPr>
        <w:t xml:space="preserve">—  выбирать форму представления информации и иллюстрировать решаемые задачи схемами, диаграммами, иной графикой и их комбинациями; </w:t>
      </w:r>
    </w:p>
    <w:p w:rsidR="00874BE2" w:rsidRPr="009D03A9" w:rsidRDefault="00CF7AB1">
      <w:pPr>
        <w:autoSpaceDE w:val="0"/>
        <w:autoSpaceDN w:val="0"/>
        <w:spacing w:before="190" w:after="0" w:line="262" w:lineRule="auto"/>
        <w:ind w:left="420" w:right="1296"/>
        <w:rPr>
          <w:lang w:val="ru-RU"/>
        </w:rPr>
      </w:pPr>
      <w:r w:rsidRPr="009D03A9">
        <w:rPr>
          <w:rFonts w:ascii="Times New Roman" w:eastAsia="Times New Roman" w:hAnsi="Times New Roman"/>
          <w:color w:val="000000"/>
          <w:sz w:val="24"/>
          <w:lang w:val="ru-RU"/>
        </w:rPr>
        <w:t>—  оценивать надёжность информации по критериям, предложенным учителем или сформулированным самостоятельно.</w:t>
      </w:r>
    </w:p>
    <w:p w:rsidR="00874BE2" w:rsidRPr="009D03A9" w:rsidRDefault="00CF7AB1">
      <w:pPr>
        <w:tabs>
          <w:tab w:val="left" w:pos="180"/>
        </w:tabs>
        <w:autoSpaceDE w:val="0"/>
        <w:autoSpaceDN w:val="0"/>
        <w:spacing w:before="180" w:after="0" w:line="262" w:lineRule="auto"/>
        <w:ind w:right="288"/>
        <w:rPr>
          <w:lang w:val="ru-RU"/>
        </w:rPr>
      </w:pPr>
      <w:r w:rsidRPr="009D03A9">
        <w:rPr>
          <w:lang w:val="ru-RU"/>
        </w:rPr>
        <w:tab/>
      </w:r>
      <w:r w:rsidRPr="009D03A9">
        <w:rPr>
          <w:rFonts w:ascii="Times New Roman" w:eastAsia="Times New Roman" w:hAnsi="Times New Roman"/>
          <w:i/>
          <w:color w:val="000000"/>
          <w:sz w:val="24"/>
          <w:lang w:val="ru-RU"/>
        </w:rPr>
        <w:t xml:space="preserve">2)  Универсальные </w:t>
      </w:r>
      <w:r w:rsidRPr="009D03A9">
        <w:rPr>
          <w:rFonts w:ascii="Times New Roman" w:eastAsia="Times New Roman" w:hAnsi="Times New Roman"/>
          <w:b/>
          <w:i/>
          <w:color w:val="000000"/>
          <w:sz w:val="24"/>
          <w:lang w:val="ru-RU"/>
        </w:rPr>
        <w:t xml:space="preserve">коммуникативные </w:t>
      </w:r>
      <w:r w:rsidRPr="009D03A9">
        <w:rPr>
          <w:rFonts w:ascii="Times New Roman" w:eastAsia="Times New Roman" w:hAnsi="Times New Roman"/>
          <w:i/>
          <w:color w:val="000000"/>
          <w:sz w:val="24"/>
          <w:lang w:val="ru-RU"/>
        </w:rPr>
        <w:t xml:space="preserve">действия обеспечивают </w:t>
      </w:r>
      <w:proofErr w:type="spellStart"/>
      <w:r w:rsidRPr="009D03A9">
        <w:rPr>
          <w:rFonts w:ascii="Times New Roman" w:eastAsia="Times New Roman" w:hAnsi="Times New Roman"/>
          <w:i/>
          <w:color w:val="000000"/>
          <w:sz w:val="24"/>
          <w:lang w:val="ru-RU"/>
        </w:rPr>
        <w:t>сформированность</w:t>
      </w:r>
      <w:proofErr w:type="spellEnd"/>
      <w:r w:rsidRPr="009D03A9">
        <w:rPr>
          <w:rFonts w:ascii="Times New Roman" w:eastAsia="Times New Roman" w:hAnsi="Times New Roman"/>
          <w:i/>
          <w:color w:val="000000"/>
          <w:sz w:val="24"/>
          <w:lang w:val="ru-RU"/>
        </w:rPr>
        <w:t xml:space="preserve"> социальных навыков обучающихся.</w:t>
      </w:r>
    </w:p>
    <w:p w:rsidR="00874BE2" w:rsidRPr="009D03A9" w:rsidRDefault="00CF7AB1">
      <w:pPr>
        <w:autoSpaceDE w:val="0"/>
        <w:autoSpaceDN w:val="0"/>
        <w:spacing w:before="190" w:after="0" w:line="230" w:lineRule="auto"/>
        <w:ind w:left="180"/>
        <w:rPr>
          <w:lang w:val="ru-RU"/>
        </w:rPr>
      </w:pPr>
      <w:r w:rsidRPr="009D03A9">
        <w:rPr>
          <w:rFonts w:ascii="Times New Roman" w:eastAsia="Times New Roman" w:hAnsi="Times New Roman"/>
          <w:b/>
          <w:color w:val="000000"/>
          <w:sz w:val="24"/>
          <w:lang w:val="ru-RU"/>
        </w:rPr>
        <w:t>Общение:</w:t>
      </w:r>
    </w:p>
    <w:p w:rsidR="00874BE2" w:rsidRPr="009D03A9" w:rsidRDefault="00CF7AB1">
      <w:pPr>
        <w:autoSpaceDE w:val="0"/>
        <w:autoSpaceDN w:val="0"/>
        <w:spacing w:before="178" w:after="0" w:line="230" w:lineRule="auto"/>
        <w:ind w:left="420"/>
        <w:rPr>
          <w:lang w:val="ru-RU"/>
        </w:rPr>
      </w:pPr>
      <w:r w:rsidRPr="009D03A9">
        <w:rPr>
          <w:rFonts w:ascii="Times New Roman" w:eastAsia="Times New Roman" w:hAnsi="Times New Roman"/>
          <w:color w:val="000000"/>
          <w:sz w:val="24"/>
          <w:lang w:val="ru-RU"/>
        </w:rPr>
        <w:t xml:space="preserve">—  воспринимать и формулировать суждения в соответствии с условиями и целями общения; </w:t>
      </w:r>
    </w:p>
    <w:p w:rsidR="00874BE2" w:rsidRPr="009D03A9" w:rsidRDefault="00CF7AB1">
      <w:pPr>
        <w:autoSpaceDE w:val="0"/>
        <w:autoSpaceDN w:val="0"/>
        <w:spacing w:before="190" w:after="0"/>
        <w:ind w:left="420" w:right="144"/>
        <w:rPr>
          <w:lang w:val="ru-RU"/>
        </w:rPr>
      </w:pPr>
      <w:r w:rsidRPr="009D03A9">
        <w:rPr>
          <w:rFonts w:ascii="Times New Roman" w:eastAsia="Times New Roman" w:hAnsi="Times New Roman"/>
          <w:color w:val="000000"/>
          <w:sz w:val="24"/>
          <w:lang w:val="ru-RU"/>
        </w:rPr>
        <w:t xml:space="preserve">—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в ходе обсуждения задавать вопросы по существу обсуждаемой темы, проблемы, решаемой задачи, высказывать идеи, нацеленные на поиск решения; </w:t>
      </w:r>
    </w:p>
    <w:p w:rsidR="00874BE2" w:rsidRPr="009D03A9" w:rsidRDefault="00CF7AB1">
      <w:pPr>
        <w:autoSpaceDE w:val="0"/>
        <w:autoSpaceDN w:val="0"/>
        <w:spacing w:before="190" w:after="0" w:line="262" w:lineRule="auto"/>
        <w:ind w:left="420" w:right="720"/>
        <w:rPr>
          <w:lang w:val="ru-RU"/>
        </w:rPr>
      </w:pPr>
      <w:r w:rsidRPr="009D03A9">
        <w:rPr>
          <w:rFonts w:ascii="Times New Roman" w:eastAsia="Times New Roman" w:hAnsi="Times New Roman"/>
          <w:color w:val="000000"/>
          <w:sz w:val="24"/>
          <w:lang w:val="ru-RU"/>
        </w:rPr>
        <w:lastRenderedPageBreak/>
        <w:t xml:space="preserve">—  сопоставлять свои суждения с суждениями других участников диалога, обнаруживать различие и сходство позиций; </w:t>
      </w:r>
    </w:p>
    <w:p w:rsidR="00874BE2" w:rsidRPr="009D03A9" w:rsidRDefault="00CF7AB1">
      <w:pPr>
        <w:autoSpaceDE w:val="0"/>
        <w:autoSpaceDN w:val="0"/>
        <w:spacing w:before="190" w:after="0" w:line="230" w:lineRule="auto"/>
        <w:ind w:left="420"/>
        <w:rPr>
          <w:lang w:val="ru-RU"/>
        </w:rPr>
      </w:pPr>
      <w:r w:rsidRPr="009D03A9">
        <w:rPr>
          <w:rFonts w:ascii="Times New Roman" w:eastAsia="Times New Roman" w:hAnsi="Times New Roman"/>
          <w:color w:val="000000"/>
          <w:sz w:val="24"/>
          <w:lang w:val="ru-RU"/>
        </w:rPr>
        <w:t xml:space="preserve">—  в корректной форме формулировать разногласия, свои возражения; </w:t>
      </w:r>
    </w:p>
    <w:p w:rsidR="00874BE2" w:rsidRPr="009D03A9" w:rsidRDefault="00CF7AB1">
      <w:pPr>
        <w:autoSpaceDE w:val="0"/>
        <w:autoSpaceDN w:val="0"/>
        <w:spacing w:before="190" w:after="0" w:line="230" w:lineRule="auto"/>
        <w:ind w:left="420"/>
        <w:rPr>
          <w:lang w:val="ru-RU"/>
        </w:rPr>
      </w:pPr>
      <w:r w:rsidRPr="009D03A9">
        <w:rPr>
          <w:rFonts w:ascii="Times New Roman" w:eastAsia="Times New Roman" w:hAnsi="Times New Roman"/>
          <w:color w:val="000000"/>
          <w:sz w:val="24"/>
          <w:lang w:val="ru-RU"/>
        </w:rPr>
        <w:t xml:space="preserve">—  представлять результаты решения задачи, эксперимента, исследования, проекта; </w:t>
      </w:r>
    </w:p>
    <w:p w:rsidR="00874BE2" w:rsidRPr="009D03A9" w:rsidRDefault="00CF7AB1">
      <w:pPr>
        <w:autoSpaceDE w:val="0"/>
        <w:autoSpaceDN w:val="0"/>
        <w:spacing w:before="190" w:after="0" w:line="262" w:lineRule="auto"/>
        <w:ind w:left="420" w:right="144"/>
        <w:rPr>
          <w:lang w:val="ru-RU"/>
        </w:rPr>
      </w:pPr>
      <w:r w:rsidRPr="009D03A9">
        <w:rPr>
          <w:rFonts w:ascii="Times New Roman" w:eastAsia="Times New Roman" w:hAnsi="Times New Roman"/>
          <w:color w:val="000000"/>
          <w:sz w:val="24"/>
          <w:lang w:val="ru-RU"/>
        </w:rPr>
        <w:t>—  самостоятельно выбирать формат выступления с учётом задач презентации и особенностей аудитории.</w:t>
      </w:r>
    </w:p>
    <w:p w:rsidR="00874BE2" w:rsidRPr="009D03A9" w:rsidRDefault="00CF7AB1">
      <w:pPr>
        <w:autoSpaceDE w:val="0"/>
        <w:autoSpaceDN w:val="0"/>
        <w:spacing w:before="178" w:after="0" w:line="230" w:lineRule="auto"/>
        <w:ind w:left="180"/>
        <w:rPr>
          <w:lang w:val="ru-RU"/>
        </w:rPr>
      </w:pPr>
      <w:r w:rsidRPr="009D03A9">
        <w:rPr>
          <w:rFonts w:ascii="Times New Roman" w:eastAsia="Times New Roman" w:hAnsi="Times New Roman"/>
          <w:b/>
          <w:color w:val="000000"/>
          <w:sz w:val="24"/>
          <w:lang w:val="ru-RU"/>
        </w:rPr>
        <w:t>Сотрудничество:</w:t>
      </w:r>
    </w:p>
    <w:p w:rsidR="00874BE2" w:rsidRPr="009D03A9" w:rsidRDefault="00CF7AB1">
      <w:pPr>
        <w:autoSpaceDE w:val="0"/>
        <w:autoSpaceDN w:val="0"/>
        <w:spacing w:before="178" w:after="0" w:line="262" w:lineRule="auto"/>
        <w:ind w:left="420" w:right="144"/>
        <w:rPr>
          <w:lang w:val="ru-RU"/>
        </w:rPr>
      </w:pPr>
      <w:r w:rsidRPr="009D03A9">
        <w:rPr>
          <w:rFonts w:ascii="Times New Roman" w:eastAsia="Times New Roman" w:hAnsi="Times New Roman"/>
          <w:color w:val="000000"/>
          <w:sz w:val="24"/>
          <w:lang w:val="ru-RU"/>
        </w:rPr>
        <w:t xml:space="preserve">—  понимать и использовать преимущества командной и индивидуальной работы при решении учебных математических задач; </w:t>
      </w:r>
    </w:p>
    <w:p w:rsidR="00874BE2" w:rsidRPr="009D03A9" w:rsidRDefault="00CF7AB1">
      <w:pPr>
        <w:autoSpaceDE w:val="0"/>
        <w:autoSpaceDN w:val="0"/>
        <w:spacing w:before="192" w:after="0" w:line="262" w:lineRule="auto"/>
        <w:ind w:left="420" w:right="288"/>
        <w:rPr>
          <w:lang w:val="ru-RU"/>
        </w:rPr>
      </w:pPr>
      <w:r w:rsidRPr="009D03A9">
        <w:rPr>
          <w:rFonts w:ascii="Times New Roman" w:eastAsia="Times New Roman" w:hAnsi="Times New Roman"/>
          <w:color w:val="000000"/>
          <w:sz w:val="24"/>
          <w:lang w:val="ru-RU"/>
        </w:rPr>
        <w:t xml:space="preserve">—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w:t>
      </w:r>
    </w:p>
    <w:p w:rsidR="00874BE2" w:rsidRPr="009D03A9" w:rsidRDefault="00CF7AB1">
      <w:pPr>
        <w:autoSpaceDE w:val="0"/>
        <w:autoSpaceDN w:val="0"/>
        <w:spacing w:before="190" w:after="0" w:line="262" w:lineRule="auto"/>
        <w:ind w:left="420"/>
        <w:rPr>
          <w:lang w:val="ru-RU"/>
        </w:rPr>
      </w:pPr>
      <w:r w:rsidRPr="009D03A9">
        <w:rPr>
          <w:rFonts w:ascii="Times New Roman" w:eastAsia="Times New Roman" w:hAnsi="Times New Roman"/>
          <w:color w:val="000000"/>
          <w:sz w:val="24"/>
          <w:lang w:val="ru-RU"/>
        </w:rPr>
        <w:t xml:space="preserve">—  обобщать мнения нескольких людей; участвовать в групповых формах работы (обсуждения, обмен мнениями, мозговые штурмы и др.); </w:t>
      </w:r>
    </w:p>
    <w:p w:rsidR="00874BE2" w:rsidRPr="009D03A9" w:rsidRDefault="00CF7AB1">
      <w:pPr>
        <w:autoSpaceDE w:val="0"/>
        <w:autoSpaceDN w:val="0"/>
        <w:spacing w:before="190" w:after="0" w:line="230" w:lineRule="auto"/>
        <w:ind w:left="420"/>
        <w:rPr>
          <w:lang w:val="ru-RU"/>
        </w:rPr>
      </w:pPr>
      <w:r w:rsidRPr="009D03A9">
        <w:rPr>
          <w:rFonts w:ascii="Times New Roman" w:eastAsia="Times New Roman" w:hAnsi="Times New Roman"/>
          <w:color w:val="000000"/>
          <w:sz w:val="24"/>
          <w:lang w:val="ru-RU"/>
        </w:rPr>
        <w:t xml:space="preserve">—  выполнять свою часть работы и координировать свои действия с другими членами команды; </w:t>
      </w:r>
    </w:p>
    <w:p w:rsidR="00874BE2" w:rsidRPr="009D03A9" w:rsidRDefault="00CF7AB1">
      <w:pPr>
        <w:autoSpaceDE w:val="0"/>
        <w:autoSpaceDN w:val="0"/>
        <w:spacing w:before="190" w:after="0" w:line="262" w:lineRule="auto"/>
        <w:ind w:left="420" w:right="576"/>
        <w:rPr>
          <w:lang w:val="ru-RU"/>
        </w:rPr>
      </w:pPr>
      <w:r w:rsidRPr="009D03A9">
        <w:rPr>
          <w:rFonts w:ascii="Times New Roman" w:eastAsia="Times New Roman" w:hAnsi="Times New Roman"/>
          <w:color w:val="000000"/>
          <w:sz w:val="24"/>
          <w:lang w:val="ru-RU"/>
        </w:rPr>
        <w:t>—  оценивать качество своего вклада в общий продукт по критериям, сформулированным участниками взаимодействия.</w:t>
      </w:r>
    </w:p>
    <w:p w:rsidR="00874BE2" w:rsidRPr="009D03A9" w:rsidRDefault="00CF7AB1">
      <w:pPr>
        <w:tabs>
          <w:tab w:val="left" w:pos="180"/>
        </w:tabs>
        <w:autoSpaceDE w:val="0"/>
        <w:autoSpaceDN w:val="0"/>
        <w:spacing w:before="178" w:after="0" w:line="262" w:lineRule="auto"/>
        <w:ind w:right="144"/>
        <w:rPr>
          <w:lang w:val="ru-RU"/>
        </w:rPr>
      </w:pPr>
      <w:r w:rsidRPr="009D03A9">
        <w:rPr>
          <w:lang w:val="ru-RU"/>
        </w:rPr>
        <w:tab/>
      </w:r>
      <w:r w:rsidRPr="009D03A9">
        <w:rPr>
          <w:rFonts w:ascii="Times New Roman" w:eastAsia="Times New Roman" w:hAnsi="Times New Roman"/>
          <w:i/>
          <w:color w:val="000000"/>
          <w:sz w:val="24"/>
          <w:lang w:val="ru-RU"/>
        </w:rPr>
        <w:t xml:space="preserve">3)  Универсальные </w:t>
      </w:r>
      <w:r w:rsidRPr="009D03A9">
        <w:rPr>
          <w:rFonts w:ascii="Times New Roman" w:eastAsia="Times New Roman" w:hAnsi="Times New Roman"/>
          <w:b/>
          <w:i/>
          <w:color w:val="000000"/>
          <w:sz w:val="24"/>
          <w:lang w:val="ru-RU"/>
        </w:rPr>
        <w:t xml:space="preserve">регулятивные </w:t>
      </w:r>
      <w:r w:rsidRPr="009D03A9">
        <w:rPr>
          <w:rFonts w:ascii="Times New Roman" w:eastAsia="Times New Roman" w:hAnsi="Times New Roman"/>
          <w:i/>
          <w:color w:val="000000"/>
          <w:sz w:val="24"/>
          <w:lang w:val="ru-RU"/>
        </w:rPr>
        <w:t>действия обеспечивают формирование смысловых установок и жизненных навыков личности.</w:t>
      </w:r>
    </w:p>
    <w:p w:rsidR="00874BE2" w:rsidRPr="009D03A9" w:rsidRDefault="00CF7AB1">
      <w:pPr>
        <w:autoSpaceDE w:val="0"/>
        <w:autoSpaceDN w:val="0"/>
        <w:spacing w:before="190" w:after="0" w:line="230" w:lineRule="auto"/>
        <w:ind w:left="180"/>
        <w:rPr>
          <w:lang w:val="ru-RU"/>
        </w:rPr>
      </w:pPr>
      <w:r w:rsidRPr="009D03A9">
        <w:rPr>
          <w:rFonts w:ascii="Times New Roman" w:eastAsia="Times New Roman" w:hAnsi="Times New Roman"/>
          <w:b/>
          <w:color w:val="000000"/>
          <w:sz w:val="24"/>
          <w:lang w:val="ru-RU"/>
        </w:rPr>
        <w:t>Самоорганизация:</w:t>
      </w:r>
    </w:p>
    <w:p w:rsidR="00874BE2" w:rsidRPr="009D03A9" w:rsidRDefault="00CF7AB1">
      <w:pPr>
        <w:autoSpaceDE w:val="0"/>
        <w:autoSpaceDN w:val="0"/>
        <w:spacing w:before="178" w:after="0" w:line="271" w:lineRule="auto"/>
        <w:ind w:left="420"/>
        <w:rPr>
          <w:lang w:val="ru-RU"/>
        </w:rPr>
      </w:pPr>
      <w:r w:rsidRPr="009D03A9">
        <w:rPr>
          <w:rFonts w:ascii="Times New Roman" w:eastAsia="Times New Roman" w:hAnsi="Times New Roman"/>
          <w:color w:val="000000"/>
          <w:sz w:val="24"/>
          <w:lang w:val="ru-RU"/>
        </w:rPr>
        <w:t>—  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874BE2" w:rsidRPr="009D03A9" w:rsidRDefault="00874BE2">
      <w:pPr>
        <w:autoSpaceDE w:val="0"/>
        <w:autoSpaceDN w:val="0"/>
        <w:spacing w:after="114" w:line="220" w:lineRule="exact"/>
        <w:rPr>
          <w:lang w:val="ru-RU"/>
        </w:rPr>
      </w:pPr>
    </w:p>
    <w:p w:rsidR="00874BE2" w:rsidRPr="009D03A9" w:rsidRDefault="00CF7AB1">
      <w:pPr>
        <w:autoSpaceDE w:val="0"/>
        <w:autoSpaceDN w:val="0"/>
        <w:spacing w:after="0" w:line="230" w:lineRule="auto"/>
        <w:ind w:left="180"/>
        <w:rPr>
          <w:lang w:val="ru-RU"/>
        </w:rPr>
      </w:pPr>
      <w:r w:rsidRPr="009D03A9">
        <w:rPr>
          <w:rFonts w:ascii="Times New Roman" w:eastAsia="Times New Roman" w:hAnsi="Times New Roman"/>
          <w:b/>
          <w:color w:val="000000"/>
          <w:sz w:val="24"/>
          <w:lang w:val="ru-RU"/>
        </w:rPr>
        <w:t>Самоконтроль:</w:t>
      </w:r>
    </w:p>
    <w:p w:rsidR="00874BE2" w:rsidRPr="009D03A9" w:rsidRDefault="00CF7AB1">
      <w:pPr>
        <w:autoSpaceDE w:val="0"/>
        <w:autoSpaceDN w:val="0"/>
        <w:spacing w:before="178" w:after="0" w:line="262" w:lineRule="auto"/>
        <w:ind w:left="420" w:right="1296"/>
        <w:rPr>
          <w:lang w:val="ru-RU"/>
        </w:rPr>
      </w:pPr>
      <w:r w:rsidRPr="009D03A9">
        <w:rPr>
          <w:rFonts w:ascii="Times New Roman" w:eastAsia="Times New Roman" w:hAnsi="Times New Roman"/>
          <w:color w:val="000000"/>
          <w:sz w:val="24"/>
          <w:lang w:val="ru-RU"/>
        </w:rPr>
        <w:t xml:space="preserve">—  владеть способами самопроверки, самоконтроля процесса и результата решения математической задачи; </w:t>
      </w:r>
    </w:p>
    <w:p w:rsidR="00874BE2" w:rsidRPr="009D03A9" w:rsidRDefault="00CF7AB1">
      <w:pPr>
        <w:autoSpaceDE w:val="0"/>
        <w:autoSpaceDN w:val="0"/>
        <w:spacing w:before="190" w:after="0" w:line="262" w:lineRule="auto"/>
        <w:ind w:left="420"/>
        <w:rPr>
          <w:lang w:val="ru-RU"/>
        </w:rPr>
      </w:pPr>
      <w:r w:rsidRPr="009D03A9">
        <w:rPr>
          <w:rFonts w:ascii="Times New Roman" w:eastAsia="Times New Roman" w:hAnsi="Times New Roman"/>
          <w:color w:val="000000"/>
          <w:sz w:val="24"/>
          <w:lang w:val="ru-RU"/>
        </w:rPr>
        <w:t>—  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874BE2" w:rsidRDefault="00CF7AB1">
      <w:pPr>
        <w:autoSpaceDE w:val="0"/>
        <w:autoSpaceDN w:val="0"/>
        <w:spacing w:before="190" w:after="0" w:line="271" w:lineRule="auto"/>
        <w:ind w:left="420"/>
        <w:rPr>
          <w:rFonts w:ascii="Times New Roman" w:eastAsia="Times New Roman" w:hAnsi="Times New Roman"/>
          <w:color w:val="000000"/>
          <w:sz w:val="24"/>
          <w:lang w:val="ru-RU"/>
        </w:rPr>
      </w:pPr>
      <w:r w:rsidRPr="009D03A9">
        <w:rPr>
          <w:rFonts w:ascii="Times New Roman" w:eastAsia="Times New Roman" w:hAnsi="Times New Roman"/>
          <w:color w:val="000000"/>
          <w:sz w:val="24"/>
          <w:lang w:val="ru-RU"/>
        </w:rPr>
        <w:t xml:space="preserve">—  оценивать соответствие результата деятельности поставленной цели и условиям, объяснять причины достижения или </w:t>
      </w:r>
      <w:proofErr w:type="spellStart"/>
      <w:r w:rsidRPr="009D03A9">
        <w:rPr>
          <w:rFonts w:ascii="Times New Roman" w:eastAsia="Times New Roman" w:hAnsi="Times New Roman"/>
          <w:color w:val="000000"/>
          <w:sz w:val="24"/>
          <w:lang w:val="ru-RU"/>
        </w:rPr>
        <w:t>недостижения</w:t>
      </w:r>
      <w:proofErr w:type="spellEnd"/>
      <w:r w:rsidRPr="009D03A9">
        <w:rPr>
          <w:rFonts w:ascii="Times New Roman" w:eastAsia="Times New Roman" w:hAnsi="Times New Roman"/>
          <w:color w:val="000000"/>
          <w:sz w:val="24"/>
          <w:lang w:val="ru-RU"/>
        </w:rPr>
        <w:t xml:space="preserve"> цели, находить ошибку, давать оценку приобретённому опыту.</w:t>
      </w:r>
    </w:p>
    <w:p w:rsidR="000552A0" w:rsidRPr="009D03A9" w:rsidRDefault="000552A0">
      <w:pPr>
        <w:autoSpaceDE w:val="0"/>
        <w:autoSpaceDN w:val="0"/>
        <w:spacing w:before="190" w:after="0" w:line="271" w:lineRule="auto"/>
        <w:ind w:left="420"/>
        <w:rPr>
          <w:lang w:val="ru-RU"/>
        </w:rPr>
      </w:pPr>
      <w:bookmarkStart w:id="0" w:name="_GoBack"/>
      <w:bookmarkEnd w:id="0"/>
    </w:p>
    <w:p w:rsidR="00874BE2" w:rsidRPr="009D03A9" w:rsidRDefault="00CF7AB1">
      <w:pPr>
        <w:autoSpaceDE w:val="0"/>
        <w:autoSpaceDN w:val="0"/>
        <w:spacing w:before="324" w:after="0" w:line="230" w:lineRule="auto"/>
        <w:rPr>
          <w:lang w:val="ru-RU"/>
        </w:rPr>
      </w:pPr>
      <w:r w:rsidRPr="009D03A9">
        <w:rPr>
          <w:rFonts w:ascii="Times New Roman" w:eastAsia="Times New Roman" w:hAnsi="Times New Roman"/>
          <w:b/>
          <w:color w:val="000000"/>
          <w:sz w:val="24"/>
          <w:lang w:val="ru-RU"/>
        </w:rPr>
        <w:lastRenderedPageBreak/>
        <w:t>ПРЕДМЕТНЫЕ РЕЗУЛЬТАТЫ</w:t>
      </w:r>
    </w:p>
    <w:p w:rsidR="00874BE2" w:rsidRPr="009D03A9" w:rsidRDefault="00CF7AB1">
      <w:pPr>
        <w:autoSpaceDE w:val="0"/>
        <w:autoSpaceDN w:val="0"/>
        <w:spacing w:before="264" w:after="0" w:line="230" w:lineRule="auto"/>
        <w:rPr>
          <w:lang w:val="ru-RU"/>
        </w:rPr>
      </w:pPr>
      <w:r w:rsidRPr="009D03A9">
        <w:rPr>
          <w:rFonts w:ascii="Times New Roman" w:eastAsia="Times New Roman" w:hAnsi="Times New Roman"/>
          <w:b/>
          <w:color w:val="000000"/>
          <w:sz w:val="24"/>
          <w:lang w:val="ru-RU"/>
        </w:rPr>
        <w:t>Числа и вычисления</w:t>
      </w:r>
    </w:p>
    <w:p w:rsidR="00874BE2" w:rsidRPr="009D03A9" w:rsidRDefault="00CF7AB1">
      <w:pPr>
        <w:tabs>
          <w:tab w:val="left" w:pos="180"/>
        </w:tabs>
        <w:autoSpaceDE w:val="0"/>
        <w:autoSpaceDN w:val="0"/>
        <w:spacing w:before="166" w:after="0" w:line="262" w:lineRule="auto"/>
        <w:rPr>
          <w:lang w:val="ru-RU"/>
        </w:rPr>
      </w:pPr>
      <w:r w:rsidRPr="009D03A9">
        <w:rPr>
          <w:lang w:val="ru-RU"/>
        </w:rPr>
        <w:tab/>
      </w:r>
      <w:r w:rsidRPr="009D03A9">
        <w:rPr>
          <w:rFonts w:ascii="Times New Roman" w:eastAsia="Times New Roman" w:hAnsi="Times New Roman"/>
          <w:color w:val="000000"/>
          <w:sz w:val="24"/>
          <w:lang w:val="ru-RU"/>
        </w:rPr>
        <w:t>Понимать и правильно употреблять термины, связанные с натуральными числами, обыкновенными и десятичными дробями.</w:t>
      </w:r>
    </w:p>
    <w:p w:rsidR="00874BE2" w:rsidRPr="009D03A9" w:rsidRDefault="00CF7AB1">
      <w:pPr>
        <w:tabs>
          <w:tab w:val="left" w:pos="180"/>
        </w:tabs>
        <w:autoSpaceDE w:val="0"/>
        <w:autoSpaceDN w:val="0"/>
        <w:spacing w:before="70" w:after="0" w:line="262" w:lineRule="auto"/>
        <w:rPr>
          <w:lang w:val="ru-RU"/>
        </w:rPr>
      </w:pPr>
      <w:r w:rsidRPr="009D03A9">
        <w:rPr>
          <w:lang w:val="ru-RU"/>
        </w:rPr>
        <w:tab/>
      </w:r>
      <w:r w:rsidRPr="009D03A9">
        <w:rPr>
          <w:rFonts w:ascii="Times New Roman" w:eastAsia="Times New Roman" w:hAnsi="Times New Roman"/>
          <w:color w:val="000000"/>
          <w:sz w:val="24"/>
          <w:lang w:val="ru-RU"/>
        </w:rPr>
        <w:t>Сравнивать и упорядочивать натуральные числа, сравнивать в простейших случаях обыкновенные дроби, десятичные дроби.</w:t>
      </w:r>
    </w:p>
    <w:p w:rsidR="00874BE2" w:rsidRPr="009D03A9" w:rsidRDefault="00CF7AB1">
      <w:pPr>
        <w:tabs>
          <w:tab w:val="left" w:pos="180"/>
        </w:tabs>
        <w:autoSpaceDE w:val="0"/>
        <w:autoSpaceDN w:val="0"/>
        <w:spacing w:before="70" w:after="0" w:line="262" w:lineRule="auto"/>
        <w:rPr>
          <w:lang w:val="ru-RU"/>
        </w:rPr>
      </w:pPr>
      <w:r w:rsidRPr="009D03A9">
        <w:rPr>
          <w:lang w:val="ru-RU"/>
        </w:rPr>
        <w:tab/>
      </w:r>
      <w:r w:rsidRPr="009D03A9">
        <w:rPr>
          <w:rFonts w:ascii="Times New Roman" w:eastAsia="Times New Roman" w:hAnsi="Times New Roman"/>
          <w:color w:val="000000"/>
          <w:sz w:val="24"/>
          <w:lang w:val="ru-RU"/>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rsidR="00874BE2" w:rsidRPr="009D03A9" w:rsidRDefault="00CF7AB1">
      <w:pPr>
        <w:tabs>
          <w:tab w:val="left" w:pos="180"/>
        </w:tabs>
        <w:autoSpaceDE w:val="0"/>
        <w:autoSpaceDN w:val="0"/>
        <w:spacing w:before="70" w:after="0" w:line="262" w:lineRule="auto"/>
        <w:ind w:right="576"/>
        <w:rPr>
          <w:lang w:val="ru-RU"/>
        </w:rPr>
      </w:pPr>
      <w:r w:rsidRPr="009D03A9">
        <w:rPr>
          <w:lang w:val="ru-RU"/>
        </w:rPr>
        <w:tab/>
      </w:r>
      <w:r w:rsidRPr="009D03A9">
        <w:rPr>
          <w:rFonts w:ascii="Times New Roman" w:eastAsia="Times New Roman" w:hAnsi="Times New Roman"/>
          <w:color w:val="000000"/>
          <w:sz w:val="24"/>
          <w:lang w:val="ru-RU"/>
        </w:rPr>
        <w:t>Выполнять арифметические действия с натуральными числами, с обыкновенными дробями в простейших случаях.</w:t>
      </w:r>
    </w:p>
    <w:p w:rsidR="00874BE2" w:rsidRPr="009D03A9" w:rsidRDefault="00CF7AB1">
      <w:pPr>
        <w:autoSpaceDE w:val="0"/>
        <w:autoSpaceDN w:val="0"/>
        <w:spacing w:before="70" w:after="0" w:line="230" w:lineRule="auto"/>
        <w:ind w:left="180"/>
        <w:rPr>
          <w:lang w:val="ru-RU"/>
        </w:rPr>
      </w:pPr>
      <w:r w:rsidRPr="009D03A9">
        <w:rPr>
          <w:rFonts w:ascii="Times New Roman" w:eastAsia="Times New Roman" w:hAnsi="Times New Roman"/>
          <w:color w:val="000000"/>
          <w:sz w:val="24"/>
          <w:lang w:val="ru-RU"/>
        </w:rPr>
        <w:t>Выполнять проверку, прикидку результата вычислений.</w:t>
      </w:r>
    </w:p>
    <w:p w:rsidR="00874BE2" w:rsidRPr="009D03A9" w:rsidRDefault="00CF7AB1">
      <w:pPr>
        <w:autoSpaceDE w:val="0"/>
        <w:autoSpaceDN w:val="0"/>
        <w:spacing w:before="70" w:after="0" w:line="230" w:lineRule="auto"/>
        <w:ind w:left="180"/>
        <w:rPr>
          <w:lang w:val="ru-RU"/>
        </w:rPr>
      </w:pPr>
      <w:r w:rsidRPr="009D03A9">
        <w:rPr>
          <w:rFonts w:ascii="Times New Roman" w:eastAsia="Times New Roman" w:hAnsi="Times New Roman"/>
          <w:color w:val="000000"/>
          <w:sz w:val="24"/>
          <w:lang w:val="ru-RU"/>
        </w:rPr>
        <w:t>Округлять натуральные числа.</w:t>
      </w:r>
    </w:p>
    <w:p w:rsidR="00874BE2" w:rsidRPr="009D03A9" w:rsidRDefault="00CF7AB1">
      <w:pPr>
        <w:autoSpaceDE w:val="0"/>
        <w:autoSpaceDN w:val="0"/>
        <w:spacing w:before="262" w:after="0" w:line="230" w:lineRule="auto"/>
        <w:rPr>
          <w:lang w:val="ru-RU"/>
        </w:rPr>
      </w:pPr>
      <w:r w:rsidRPr="009D03A9">
        <w:rPr>
          <w:rFonts w:ascii="Times New Roman" w:eastAsia="Times New Roman" w:hAnsi="Times New Roman"/>
          <w:b/>
          <w:color w:val="000000"/>
          <w:sz w:val="24"/>
          <w:lang w:val="ru-RU"/>
        </w:rPr>
        <w:t>Решение текстовых задач</w:t>
      </w:r>
    </w:p>
    <w:p w:rsidR="00874BE2" w:rsidRPr="009D03A9" w:rsidRDefault="00CF7AB1">
      <w:pPr>
        <w:tabs>
          <w:tab w:val="left" w:pos="180"/>
        </w:tabs>
        <w:autoSpaceDE w:val="0"/>
        <w:autoSpaceDN w:val="0"/>
        <w:spacing w:before="166" w:after="0" w:line="262" w:lineRule="auto"/>
        <w:ind w:right="432"/>
        <w:rPr>
          <w:lang w:val="ru-RU"/>
        </w:rPr>
      </w:pPr>
      <w:r w:rsidRPr="009D03A9">
        <w:rPr>
          <w:lang w:val="ru-RU"/>
        </w:rPr>
        <w:tab/>
      </w:r>
      <w:r w:rsidRPr="009D03A9">
        <w:rPr>
          <w:rFonts w:ascii="Times New Roman" w:eastAsia="Times New Roman" w:hAnsi="Times New Roman"/>
          <w:color w:val="000000"/>
          <w:sz w:val="24"/>
          <w:lang w:val="ru-RU"/>
        </w:rPr>
        <w:t>Решать текстовые задачи арифметическим способом и с помощью организованного конечного перебора всех возможных вариантов.</w:t>
      </w:r>
    </w:p>
    <w:p w:rsidR="00874BE2" w:rsidRPr="009D03A9" w:rsidRDefault="00CF7AB1">
      <w:pPr>
        <w:tabs>
          <w:tab w:val="left" w:pos="180"/>
        </w:tabs>
        <w:autoSpaceDE w:val="0"/>
        <w:autoSpaceDN w:val="0"/>
        <w:spacing w:before="70" w:after="0" w:line="262" w:lineRule="auto"/>
        <w:ind w:right="288"/>
        <w:rPr>
          <w:lang w:val="ru-RU"/>
        </w:rPr>
      </w:pPr>
      <w:r w:rsidRPr="009D03A9">
        <w:rPr>
          <w:lang w:val="ru-RU"/>
        </w:rPr>
        <w:tab/>
      </w:r>
      <w:r w:rsidRPr="009D03A9">
        <w:rPr>
          <w:rFonts w:ascii="Times New Roman" w:eastAsia="Times New Roman" w:hAnsi="Times New Roman"/>
          <w:color w:val="000000"/>
          <w:sz w:val="24"/>
          <w:lang w:val="ru-RU"/>
        </w:rPr>
        <w:t>Решать задачи, содержащие зависимости, связывающие величины: скорость, время, расстояние; цена, количество, стоимость.</w:t>
      </w:r>
    </w:p>
    <w:p w:rsidR="00874BE2" w:rsidRPr="009D03A9" w:rsidRDefault="00CF7AB1">
      <w:pPr>
        <w:autoSpaceDE w:val="0"/>
        <w:autoSpaceDN w:val="0"/>
        <w:spacing w:before="70" w:after="0" w:line="230" w:lineRule="auto"/>
        <w:ind w:left="180"/>
        <w:rPr>
          <w:lang w:val="ru-RU"/>
        </w:rPr>
      </w:pPr>
      <w:r w:rsidRPr="009D03A9">
        <w:rPr>
          <w:rFonts w:ascii="Times New Roman" w:eastAsia="Times New Roman" w:hAnsi="Times New Roman"/>
          <w:color w:val="000000"/>
          <w:sz w:val="24"/>
          <w:lang w:val="ru-RU"/>
        </w:rPr>
        <w:t>Использовать краткие записи, схемы, таблицы, обозначения при решении задач.</w:t>
      </w:r>
    </w:p>
    <w:p w:rsidR="00874BE2" w:rsidRPr="009D03A9" w:rsidRDefault="00CF7AB1">
      <w:pPr>
        <w:tabs>
          <w:tab w:val="left" w:pos="180"/>
        </w:tabs>
        <w:autoSpaceDE w:val="0"/>
        <w:autoSpaceDN w:val="0"/>
        <w:spacing w:before="70" w:after="0" w:line="262" w:lineRule="auto"/>
        <w:ind w:right="576"/>
        <w:rPr>
          <w:lang w:val="ru-RU"/>
        </w:rPr>
      </w:pPr>
      <w:r w:rsidRPr="009D03A9">
        <w:rPr>
          <w:lang w:val="ru-RU"/>
        </w:rPr>
        <w:tab/>
      </w:r>
      <w:r w:rsidRPr="009D03A9">
        <w:rPr>
          <w:rFonts w:ascii="Times New Roman" w:eastAsia="Times New Roman" w:hAnsi="Times New Roman"/>
          <w:color w:val="000000"/>
          <w:sz w:val="24"/>
          <w:lang w:val="ru-RU"/>
        </w:rPr>
        <w:t>Пользоваться основными единицами измерения: цены, массы; расстояния, времени, скорости; выражать одни единицы вели чины через другие.</w:t>
      </w:r>
    </w:p>
    <w:p w:rsidR="00874BE2" w:rsidRPr="009D03A9" w:rsidRDefault="00CF7AB1">
      <w:pPr>
        <w:autoSpaceDE w:val="0"/>
        <w:autoSpaceDN w:val="0"/>
        <w:spacing w:before="72" w:after="0" w:line="262" w:lineRule="auto"/>
        <w:ind w:right="432"/>
        <w:jc w:val="center"/>
        <w:rPr>
          <w:lang w:val="ru-RU"/>
        </w:rPr>
      </w:pPr>
      <w:r w:rsidRPr="009D03A9">
        <w:rPr>
          <w:rFonts w:ascii="Times New Roman" w:eastAsia="Times New Roman" w:hAnsi="Times New Roman"/>
          <w:color w:val="000000"/>
          <w:sz w:val="24"/>
          <w:lang w:val="ru-RU"/>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874BE2" w:rsidRPr="009D03A9" w:rsidRDefault="00CF7AB1">
      <w:pPr>
        <w:autoSpaceDE w:val="0"/>
        <w:autoSpaceDN w:val="0"/>
        <w:spacing w:before="262" w:after="0" w:line="230" w:lineRule="auto"/>
        <w:rPr>
          <w:lang w:val="ru-RU"/>
        </w:rPr>
      </w:pPr>
      <w:r w:rsidRPr="009D03A9">
        <w:rPr>
          <w:rFonts w:ascii="Times New Roman" w:eastAsia="Times New Roman" w:hAnsi="Times New Roman"/>
          <w:b/>
          <w:color w:val="000000"/>
          <w:sz w:val="24"/>
          <w:lang w:val="ru-RU"/>
        </w:rPr>
        <w:t>Наглядная геометрия</w:t>
      </w:r>
    </w:p>
    <w:p w:rsidR="00874BE2" w:rsidRPr="009D03A9" w:rsidRDefault="00CF7AB1">
      <w:pPr>
        <w:tabs>
          <w:tab w:val="left" w:pos="180"/>
        </w:tabs>
        <w:autoSpaceDE w:val="0"/>
        <w:autoSpaceDN w:val="0"/>
        <w:spacing w:before="166" w:after="0" w:line="262" w:lineRule="auto"/>
        <w:ind w:right="576"/>
        <w:rPr>
          <w:lang w:val="ru-RU"/>
        </w:rPr>
      </w:pPr>
      <w:r w:rsidRPr="009D03A9">
        <w:rPr>
          <w:lang w:val="ru-RU"/>
        </w:rPr>
        <w:tab/>
      </w:r>
      <w:r w:rsidRPr="009D03A9">
        <w:rPr>
          <w:rFonts w:ascii="Times New Roman" w:eastAsia="Times New Roman" w:hAnsi="Times New Roman"/>
          <w:color w:val="000000"/>
          <w:sz w:val="24"/>
          <w:lang w:val="ru-RU"/>
        </w:rPr>
        <w:t>Пользоваться геометрическими понятиями: точка, прямая, отрезок, луч, угол, многоугольник, окружность, круг.</w:t>
      </w:r>
    </w:p>
    <w:p w:rsidR="00874BE2" w:rsidRPr="009D03A9" w:rsidRDefault="00CF7AB1">
      <w:pPr>
        <w:tabs>
          <w:tab w:val="left" w:pos="180"/>
        </w:tabs>
        <w:autoSpaceDE w:val="0"/>
        <w:autoSpaceDN w:val="0"/>
        <w:spacing w:before="70" w:after="0" w:line="262" w:lineRule="auto"/>
        <w:ind w:right="288"/>
        <w:rPr>
          <w:lang w:val="ru-RU"/>
        </w:rPr>
      </w:pPr>
      <w:r w:rsidRPr="009D03A9">
        <w:rPr>
          <w:lang w:val="ru-RU"/>
        </w:rPr>
        <w:tab/>
      </w:r>
      <w:r w:rsidRPr="009D03A9">
        <w:rPr>
          <w:rFonts w:ascii="Times New Roman" w:eastAsia="Times New Roman" w:hAnsi="Times New Roman"/>
          <w:color w:val="000000"/>
          <w:sz w:val="24"/>
          <w:lang w:val="ru-RU"/>
        </w:rPr>
        <w:t>Приводить примеры объектов окружающего мира, имеющих форму изученных геометрических фигур.</w:t>
      </w:r>
    </w:p>
    <w:p w:rsidR="00874BE2" w:rsidRPr="009D03A9" w:rsidRDefault="00CF7AB1">
      <w:pPr>
        <w:tabs>
          <w:tab w:val="left" w:pos="180"/>
        </w:tabs>
        <w:autoSpaceDE w:val="0"/>
        <w:autoSpaceDN w:val="0"/>
        <w:spacing w:before="70" w:after="0" w:line="262" w:lineRule="auto"/>
        <w:ind w:right="288"/>
        <w:rPr>
          <w:lang w:val="ru-RU"/>
        </w:rPr>
      </w:pPr>
      <w:r w:rsidRPr="009D03A9">
        <w:rPr>
          <w:lang w:val="ru-RU"/>
        </w:rPr>
        <w:tab/>
      </w:r>
      <w:r w:rsidRPr="009D03A9">
        <w:rPr>
          <w:rFonts w:ascii="Times New Roman" w:eastAsia="Times New Roman" w:hAnsi="Times New Roman"/>
          <w:color w:val="000000"/>
          <w:sz w:val="24"/>
          <w:lang w:val="ru-RU"/>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rsidR="00874BE2" w:rsidRPr="009D03A9" w:rsidRDefault="00CF7AB1">
      <w:pPr>
        <w:tabs>
          <w:tab w:val="left" w:pos="180"/>
        </w:tabs>
        <w:autoSpaceDE w:val="0"/>
        <w:autoSpaceDN w:val="0"/>
        <w:spacing w:before="70" w:after="0" w:line="262" w:lineRule="auto"/>
        <w:ind w:right="288"/>
        <w:rPr>
          <w:lang w:val="ru-RU"/>
        </w:rPr>
      </w:pPr>
      <w:r w:rsidRPr="009D03A9">
        <w:rPr>
          <w:lang w:val="ru-RU"/>
        </w:rPr>
        <w:tab/>
      </w:r>
      <w:r w:rsidRPr="009D03A9">
        <w:rPr>
          <w:rFonts w:ascii="Times New Roman" w:eastAsia="Times New Roman" w:hAnsi="Times New Roman"/>
          <w:color w:val="000000"/>
          <w:sz w:val="24"/>
          <w:lang w:val="ru-RU"/>
        </w:rPr>
        <w:t>Изображать изученные геометрические фигуры на нелинованной и клетчатой бумаге с помощью циркуля и линейки.</w:t>
      </w:r>
    </w:p>
    <w:p w:rsidR="00874BE2" w:rsidRPr="009D03A9" w:rsidRDefault="00CF7AB1">
      <w:pPr>
        <w:tabs>
          <w:tab w:val="left" w:pos="180"/>
        </w:tabs>
        <w:autoSpaceDE w:val="0"/>
        <w:autoSpaceDN w:val="0"/>
        <w:spacing w:before="70" w:after="0" w:line="262" w:lineRule="auto"/>
        <w:ind w:right="432"/>
        <w:rPr>
          <w:lang w:val="ru-RU"/>
        </w:rPr>
      </w:pPr>
      <w:r w:rsidRPr="009D03A9">
        <w:rPr>
          <w:lang w:val="ru-RU"/>
        </w:rPr>
        <w:tab/>
      </w:r>
      <w:r w:rsidRPr="009D03A9">
        <w:rPr>
          <w:rFonts w:ascii="Times New Roman" w:eastAsia="Times New Roman" w:hAnsi="Times New Roman"/>
          <w:color w:val="000000"/>
          <w:sz w:val="24"/>
          <w:lang w:val="ru-RU"/>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rsidR="00874BE2" w:rsidRPr="009D03A9" w:rsidRDefault="00CF7AB1">
      <w:pPr>
        <w:autoSpaceDE w:val="0"/>
        <w:autoSpaceDN w:val="0"/>
        <w:spacing w:before="70" w:after="0" w:line="230" w:lineRule="auto"/>
        <w:ind w:left="180"/>
        <w:rPr>
          <w:lang w:val="ru-RU"/>
        </w:rPr>
      </w:pPr>
      <w:r w:rsidRPr="009D03A9">
        <w:rPr>
          <w:rFonts w:ascii="Times New Roman" w:eastAsia="Times New Roman" w:hAnsi="Times New Roman"/>
          <w:color w:val="000000"/>
          <w:sz w:val="24"/>
          <w:lang w:val="ru-RU"/>
        </w:rPr>
        <w:t>Использовать свойства сторон и углов прямоугольника, квадрата для их построения, вычисления</w:t>
      </w:r>
    </w:p>
    <w:p w:rsidR="00874BE2" w:rsidRPr="009D03A9" w:rsidRDefault="00CF7AB1">
      <w:pPr>
        <w:autoSpaceDE w:val="0"/>
        <w:autoSpaceDN w:val="0"/>
        <w:spacing w:after="0" w:line="230" w:lineRule="auto"/>
        <w:rPr>
          <w:lang w:val="ru-RU"/>
        </w:rPr>
      </w:pPr>
      <w:r w:rsidRPr="009D03A9">
        <w:rPr>
          <w:rFonts w:ascii="Times New Roman" w:eastAsia="Times New Roman" w:hAnsi="Times New Roman"/>
          <w:color w:val="000000"/>
          <w:sz w:val="24"/>
          <w:lang w:val="ru-RU"/>
        </w:rPr>
        <w:t>площади и периметра.</w:t>
      </w:r>
    </w:p>
    <w:p w:rsidR="00874BE2" w:rsidRPr="009D03A9" w:rsidRDefault="00CF7AB1">
      <w:pPr>
        <w:tabs>
          <w:tab w:val="left" w:pos="180"/>
        </w:tabs>
        <w:autoSpaceDE w:val="0"/>
        <w:autoSpaceDN w:val="0"/>
        <w:spacing w:before="70" w:after="0" w:line="262" w:lineRule="auto"/>
        <w:ind w:right="1584"/>
        <w:rPr>
          <w:lang w:val="ru-RU"/>
        </w:rPr>
      </w:pPr>
      <w:r w:rsidRPr="009D03A9">
        <w:rPr>
          <w:lang w:val="ru-RU"/>
        </w:rPr>
        <w:lastRenderedPageBreak/>
        <w:tab/>
      </w:r>
      <w:r w:rsidRPr="009D03A9">
        <w:rPr>
          <w:rFonts w:ascii="Times New Roman" w:eastAsia="Times New Roman" w:hAnsi="Times New Roman"/>
          <w:color w:val="000000"/>
          <w:sz w:val="24"/>
          <w:lang w:val="ru-RU"/>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rsidR="00874BE2" w:rsidRPr="009D03A9" w:rsidRDefault="00CF7AB1">
      <w:pPr>
        <w:tabs>
          <w:tab w:val="left" w:pos="180"/>
        </w:tabs>
        <w:autoSpaceDE w:val="0"/>
        <w:autoSpaceDN w:val="0"/>
        <w:spacing w:before="70" w:after="0" w:line="262" w:lineRule="auto"/>
        <w:ind w:right="288"/>
        <w:rPr>
          <w:lang w:val="ru-RU"/>
        </w:rPr>
      </w:pPr>
      <w:r w:rsidRPr="009D03A9">
        <w:rPr>
          <w:lang w:val="ru-RU"/>
        </w:rPr>
        <w:tab/>
      </w:r>
      <w:r w:rsidRPr="009D03A9">
        <w:rPr>
          <w:rFonts w:ascii="Times New Roman" w:eastAsia="Times New Roman" w:hAnsi="Times New Roman"/>
          <w:color w:val="000000"/>
          <w:sz w:val="24"/>
          <w:lang w:val="ru-RU"/>
        </w:rPr>
        <w:t>Пользоваться основными метрическими единицами измерения длины, площади; выражать одни единицы величины через другие.</w:t>
      </w:r>
    </w:p>
    <w:p w:rsidR="00874BE2" w:rsidRPr="009D03A9" w:rsidRDefault="00CF7AB1">
      <w:pPr>
        <w:tabs>
          <w:tab w:val="left" w:pos="180"/>
        </w:tabs>
        <w:autoSpaceDE w:val="0"/>
        <w:autoSpaceDN w:val="0"/>
        <w:spacing w:before="70" w:after="0" w:line="262" w:lineRule="auto"/>
        <w:rPr>
          <w:lang w:val="ru-RU"/>
        </w:rPr>
      </w:pPr>
      <w:r w:rsidRPr="009D03A9">
        <w:rPr>
          <w:lang w:val="ru-RU"/>
        </w:rPr>
        <w:tab/>
      </w:r>
      <w:r w:rsidRPr="009D03A9">
        <w:rPr>
          <w:rFonts w:ascii="Times New Roman" w:eastAsia="Times New Roman" w:hAnsi="Times New Roman"/>
          <w:color w:val="000000"/>
          <w:sz w:val="24"/>
          <w:lang w:val="ru-RU"/>
        </w:rPr>
        <w:t>Распознавать параллелепипед, куб, использовать терминологию: вершина, ребро грань, измерения; находить измерения параллелепипеда, куба.</w:t>
      </w:r>
    </w:p>
    <w:p w:rsidR="00874BE2" w:rsidRPr="009D03A9" w:rsidRDefault="00CF7AB1">
      <w:pPr>
        <w:tabs>
          <w:tab w:val="left" w:pos="180"/>
        </w:tabs>
        <w:autoSpaceDE w:val="0"/>
        <w:autoSpaceDN w:val="0"/>
        <w:spacing w:before="70" w:after="0" w:line="262" w:lineRule="auto"/>
        <w:ind w:right="576"/>
        <w:rPr>
          <w:lang w:val="ru-RU"/>
        </w:rPr>
      </w:pPr>
      <w:r w:rsidRPr="009D03A9">
        <w:rPr>
          <w:lang w:val="ru-RU"/>
        </w:rPr>
        <w:tab/>
      </w:r>
      <w:r w:rsidRPr="009D03A9">
        <w:rPr>
          <w:rFonts w:ascii="Times New Roman" w:eastAsia="Times New Roman" w:hAnsi="Times New Roman"/>
          <w:color w:val="000000"/>
          <w:sz w:val="24"/>
          <w:lang w:val="ru-RU"/>
        </w:rPr>
        <w:t>Вычислять объём куба, параллелепипеда по заданным измерениям, пользоваться единицами измерения объёма.</w:t>
      </w:r>
    </w:p>
    <w:p w:rsidR="00874BE2" w:rsidRPr="009D03A9" w:rsidRDefault="00CF7AB1">
      <w:pPr>
        <w:autoSpaceDE w:val="0"/>
        <w:autoSpaceDN w:val="0"/>
        <w:spacing w:before="70" w:after="0" w:line="230" w:lineRule="auto"/>
        <w:ind w:left="180"/>
        <w:rPr>
          <w:lang w:val="ru-RU"/>
        </w:rPr>
      </w:pPr>
      <w:r w:rsidRPr="009D03A9">
        <w:rPr>
          <w:rFonts w:ascii="Times New Roman" w:eastAsia="Times New Roman" w:hAnsi="Times New Roman"/>
          <w:color w:val="000000"/>
          <w:sz w:val="24"/>
          <w:lang w:val="ru-RU"/>
        </w:rPr>
        <w:t>Решать несложные задачи на измерение геометрических величин в практических ситуациях.</w:t>
      </w:r>
    </w:p>
    <w:p w:rsidR="00874BE2" w:rsidRPr="009D03A9" w:rsidRDefault="00874BE2">
      <w:pPr>
        <w:autoSpaceDE w:val="0"/>
        <w:autoSpaceDN w:val="0"/>
        <w:spacing w:after="64" w:line="220" w:lineRule="exact"/>
        <w:rPr>
          <w:lang w:val="ru-RU"/>
        </w:rPr>
      </w:pPr>
    </w:p>
    <w:p w:rsidR="00874BE2" w:rsidRDefault="00CF7AB1">
      <w:pPr>
        <w:autoSpaceDE w:val="0"/>
        <w:autoSpaceDN w:val="0"/>
        <w:spacing w:after="666" w:line="233" w:lineRule="auto"/>
      </w:pPr>
      <w:r>
        <w:rPr>
          <w:rFonts w:ascii="Times New Roman" w:eastAsia="Times New Roman" w:hAnsi="Times New Roman"/>
          <w:b/>
          <w:color w:val="000000"/>
          <w:w w:val="101"/>
          <w:sz w:val="19"/>
        </w:rPr>
        <w:t xml:space="preserve">ТЕМАТИЧЕСКОЕ ПЛАНИРОВАНИЕ </w:t>
      </w:r>
    </w:p>
    <w:tbl>
      <w:tblPr>
        <w:tblW w:w="0" w:type="auto"/>
        <w:tblInd w:w="6" w:type="dxa"/>
        <w:tblLayout w:type="fixed"/>
        <w:tblLook w:val="04A0"/>
      </w:tblPr>
      <w:tblGrid>
        <w:gridCol w:w="468"/>
        <w:gridCol w:w="2906"/>
        <w:gridCol w:w="528"/>
        <w:gridCol w:w="1104"/>
        <w:gridCol w:w="1142"/>
        <w:gridCol w:w="864"/>
        <w:gridCol w:w="5872"/>
        <w:gridCol w:w="1236"/>
        <w:gridCol w:w="1382"/>
      </w:tblGrid>
      <w:tr w:rsidR="00874BE2">
        <w:trPr>
          <w:trHeight w:hRule="exact" w:val="348"/>
        </w:trPr>
        <w:tc>
          <w:tcPr>
            <w:tcW w:w="468" w:type="dxa"/>
            <w:vMerge w:val="restart"/>
            <w:tcBorders>
              <w:top w:val="single" w:sz="4" w:space="0" w:color="000000"/>
              <w:left w:val="single" w:sz="4" w:space="0" w:color="000000"/>
              <w:bottom w:val="single" w:sz="5" w:space="0" w:color="000000"/>
              <w:right w:val="single" w:sz="4" w:space="0" w:color="000000"/>
            </w:tcBorders>
            <w:tcMar>
              <w:left w:w="0" w:type="dxa"/>
              <w:right w:w="0" w:type="dxa"/>
            </w:tcMar>
          </w:tcPr>
          <w:p w:rsidR="00874BE2" w:rsidRDefault="00CF7AB1">
            <w:pPr>
              <w:autoSpaceDE w:val="0"/>
              <w:autoSpaceDN w:val="0"/>
              <w:spacing w:before="78" w:after="0" w:line="245" w:lineRule="auto"/>
              <w:ind w:right="144"/>
              <w:jc w:val="center"/>
            </w:pPr>
            <w:r>
              <w:rPr>
                <w:rFonts w:ascii="Times New Roman" w:eastAsia="Times New Roman" w:hAnsi="Times New Roman"/>
                <w:b/>
                <w:color w:val="000000"/>
                <w:w w:val="97"/>
                <w:sz w:val="16"/>
              </w:rPr>
              <w:t>№</w:t>
            </w:r>
            <w:r>
              <w:br/>
            </w:r>
            <w:r>
              <w:rPr>
                <w:rFonts w:ascii="Times New Roman" w:eastAsia="Times New Roman" w:hAnsi="Times New Roman"/>
                <w:b/>
                <w:color w:val="000000"/>
                <w:w w:val="97"/>
                <w:sz w:val="16"/>
              </w:rPr>
              <w:t>п/п</w:t>
            </w:r>
          </w:p>
        </w:tc>
        <w:tc>
          <w:tcPr>
            <w:tcW w:w="2906" w:type="dxa"/>
            <w:vMerge w:val="restart"/>
            <w:tcBorders>
              <w:top w:val="single" w:sz="4" w:space="0" w:color="000000"/>
              <w:left w:val="single" w:sz="4" w:space="0" w:color="000000"/>
              <w:bottom w:val="single" w:sz="5" w:space="0" w:color="000000"/>
              <w:right w:val="single" w:sz="4" w:space="0" w:color="000000"/>
            </w:tcBorders>
            <w:tcMar>
              <w:left w:w="0" w:type="dxa"/>
              <w:right w:w="0" w:type="dxa"/>
            </w:tcMar>
          </w:tcPr>
          <w:p w:rsidR="00874BE2" w:rsidRPr="009D03A9" w:rsidRDefault="00CF7AB1">
            <w:pPr>
              <w:autoSpaceDE w:val="0"/>
              <w:autoSpaceDN w:val="0"/>
              <w:spacing w:before="78" w:after="0" w:line="245" w:lineRule="auto"/>
              <w:ind w:left="72" w:right="576"/>
              <w:rPr>
                <w:lang w:val="ru-RU"/>
              </w:rPr>
            </w:pPr>
            <w:r w:rsidRPr="009D03A9">
              <w:rPr>
                <w:rFonts w:ascii="Times New Roman" w:eastAsia="Times New Roman" w:hAnsi="Times New Roman"/>
                <w:b/>
                <w:color w:val="000000"/>
                <w:w w:val="97"/>
                <w:sz w:val="16"/>
                <w:lang w:val="ru-RU"/>
              </w:rPr>
              <w:t>Наименование разделов и тем программы</w:t>
            </w:r>
          </w:p>
        </w:tc>
        <w:tc>
          <w:tcPr>
            <w:tcW w:w="2774"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Default="00CF7AB1">
            <w:pPr>
              <w:autoSpaceDE w:val="0"/>
              <w:autoSpaceDN w:val="0"/>
              <w:spacing w:before="78" w:after="0" w:line="230" w:lineRule="auto"/>
              <w:ind w:left="72"/>
            </w:pPr>
            <w:proofErr w:type="spellStart"/>
            <w:r>
              <w:rPr>
                <w:rFonts w:ascii="Times New Roman" w:eastAsia="Times New Roman" w:hAnsi="Times New Roman"/>
                <w:b/>
                <w:color w:val="000000"/>
                <w:w w:val="97"/>
                <w:sz w:val="16"/>
              </w:rPr>
              <w:t>Количество</w:t>
            </w:r>
            <w:proofErr w:type="spellEnd"/>
            <w:r>
              <w:rPr>
                <w:rFonts w:ascii="Times New Roman" w:eastAsia="Times New Roman" w:hAnsi="Times New Roman"/>
                <w:b/>
                <w:color w:val="000000"/>
                <w:w w:val="97"/>
                <w:sz w:val="16"/>
              </w:rPr>
              <w:t xml:space="preserve"> </w:t>
            </w:r>
            <w:proofErr w:type="spellStart"/>
            <w:r>
              <w:rPr>
                <w:rFonts w:ascii="Times New Roman" w:eastAsia="Times New Roman" w:hAnsi="Times New Roman"/>
                <w:b/>
                <w:color w:val="000000"/>
                <w:w w:val="97"/>
                <w:sz w:val="16"/>
              </w:rPr>
              <w:t>часов</w:t>
            </w:r>
            <w:proofErr w:type="spellEnd"/>
          </w:p>
        </w:tc>
        <w:tc>
          <w:tcPr>
            <w:tcW w:w="864" w:type="dxa"/>
            <w:vMerge w:val="restart"/>
            <w:tcBorders>
              <w:top w:val="single" w:sz="4" w:space="0" w:color="000000"/>
              <w:left w:val="single" w:sz="4" w:space="0" w:color="000000"/>
              <w:bottom w:val="single" w:sz="5" w:space="0" w:color="000000"/>
              <w:right w:val="single" w:sz="4" w:space="0" w:color="000000"/>
            </w:tcBorders>
            <w:tcMar>
              <w:left w:w="0" w:type="dxa"/>
              <w:right w:w="0" w:type="dxa"/>
            </w:tcMar>
          </w:tcPr>
          <w:p w:rsidR="00874BE2" w:rsidRDefault="00CF7AB1">
            <w:pPr>
              <w:autoSpaceDE w:val="0"/>
              <w:autoSpaceDN w:val="0"/>
              <w:spacing w:before="78" w:after="0" w:line="245" w:lineRule="auto"/>
              <w:ind w:left="72"/>
            </w:pPr>
            <w:r>
              <w:rPr>
                <w:rFonts w:ascii="Times New Roman" w:eastAsia="Times New Roman" w:hAnsi="Times New Roman"/>
                <w:b/>
                <w:color w:val="000000"/>
                <w:w w:val="97"/>
                <w:sz w:val="16"/>
              </w:rPr>
              <w:t xml:space="preserve">Дата </w:t>
            </w:r>
            <w:r>
              <w:br/>
            </w:r>
            <w:r>
              <w:rPr>
                <w:rFonts w:ascii="Times New Roman" w:eastAsia="Times New Roman" w:hAnsi="Times New Roman"/>
                <w:b/>
                <w:color w:val="000000"/>
                <w:w w:val="97"/>
                <w:sz w:val="16"/>
              </w:rPr>
              <w:t>изучения</w:t>
            </w:r>
          </w:p>
        </w:tc>
        <w:tc>
          <w:tcPr>
            <w:tcW w:w="5872" w:type="dxa"/>
            <w:vMerge w:val="restart"/>
            <w:tcBorders>
              <w:top w:val="single" w:sz="4" w:space="0" w:color="000000"/>
              <w:left w:val="single" w:sz="4" w:space="0" w:color="000000"/>
              <w:bottom w:val="single" w:sz="5" w:space="0" w:color="000000"/>
              <w:right w:val="single" w:sz="4" w:space="0" w:color="000000"/>
            </w:tcBorders>
            <w:tcMar>
              <w:left w:w="0" w:type="dxa"/>
              <w:right w:w="0" w:type="dxa"/>
            </w:tcMar>
          </w:tcPr>
          <w:p w:rsidR="00874BE2" w:rsidRDefault="00CF7AB1">
            <w:pPr>
              <w:autoSpaceDE w:val="0"/>
              <w:autoSpaceDN w:val="0"/>
              <w:spacing w:before="78" w:after="0" w:line="230" w:lineRule="auto"/>
              <w:ind w:left="72"/>
            </w:pPr>
            <w:r>
              <w:rPr>
                <w:rFonts w:ascii="Times New Roman" w:eastAsia="Times New Roman" w:hAnsi="Times New Roman"/>
                <w:b/>
                <w:color w:val="000000"/>
                <w:w w:val="97"/>
                <w:sz w:val="16"/>
              </w:rPr>
              <w:t>Виды деятельности</w:t>
            </w:r>
          </w:p>
        </w:tc>
        <w:tc>
          <w:tcPr>
            <w:tcW w:w="1236" w:type="dxa"/>
            <w:vMerge w:val="restart"/>
            <w:tcBorders>
              <w:top w:val="single" w:sz="4" w:space="0" w:color="000000"/>
              <w:left w:val="single" w:sz="4" w:space="0" w:color="000000"/>
              <w:bottom w:val="single" w:sz="5" w:space="0" w:color="000000"/>
              <w:right w:val="single" w:sz="4" w:space="0" w:color="000000"/>
            </w:tcBorders>
            <w:tcMar>
              <w:left w:w="0" w:type="dxa"/>
              <w:right w:w="0" w:type="dxa"/>
            </w:tcMar>
          </w:tcPr>
          <w:p w:rsidR="00874BE2" w:rsidRDefault="00CF7AB1">
            <w:pPr>
              <w:autoSpaceDE w:val="0"/>
              <w:autoSpaceDN w:val="0"/>
              <w:spacing w:before="78" w:after="0" w:line="245" w:lineRule="auto"/>
              <w:ind w:left="72" w:right="144"/>
            </w:pPr>
            <w:r>
              <w:rPr>
                <w:rFonts w:ascii="Times New Roman" w:eastAsia="Times New Roman" w:hAnsi="Times New Roman"/>
                <w:b/>
                <w:color w:val="000000"/>
                <w:w w:val="97"/>
                <w:sz w:val="16"/>
              </w:rPr>
              <w:t>Виды, формы контроля</w:t>
            </w:r>
          </w:p>
        </w:tc>
        <w:tc>
          <w:tcPr>
            <w:tcW w:w="1382" w:type="dxa"/>
            <w:vMerge w:val="restart"/>
            <w:tcBorders>
              <w:top w:val="single" w:sz="4" w:space="0" w:color="000000"/>
              <w:left w:val="single" w:sz="4" w:space="0" w:color="000000"/>
              <w:bottom w:val="single" w:sz="5" w:space="0" w:color="000000"/>
              <w:right w:val="single" w:sz="4" w:space="0" w:color="000000"/>
            </w:tcBorders>
            <w:tcMar>
              <w:left w:w="0" w:type="dxa"/>
              <w:right w:w="0" w:type="dxa"/>
            </w:tcMar>
          </w:tcPr>
          <w:p w:rsidR="00874BE2" w:rsidRDefault="00CF7AB1">
            <w:pPr>
              <w:autoSpaceDE w:val="0"/>
              <w:autoSpaceDN w:val="0"/>
              <w:spacing w:before="78" w:after="0" w:line="250" w:lineRule="auto"/>
              <w:ind w:left="72"/>
            </w:pPr>
            <w:r>
              <w:rPr>
                <w:rFonts w:ascii="Times New Roman" w:eastAsia="Times New Roman" w:hAnsi="Times New Roman"/>
                <w:b/>
                <w:color w:val="000000"/>
                <w:w w:val="97"/>
                <w:sz w:val="16"/>
              </w:rPr>
              <w:t xml:space="preserve">Электронные </w:t>
            </w:r>
            <w:r>
              <w:br/>
            </w:r>
            <w:r>
              <w:rPr>
                <w:rFonts w:ascii="Times New Roman" w:eastAsia="Times New Roman" w:hAnsi="Times New Roman"/>
                <w:b/>
                <w:color w:val="000000"/>
                <w:w w:val="97"/>
                <w:sz w:val="16"/>
              </w:rPr>
              <w:t xml:space="preserve">(цифровые) </w:t>
            </w:r>
            <w:r>
              <w:br/>
            </w:r>
            <w:r>
              <w:rPr>
                <w:rFonts w:ascii="Times New Roman" w:eastAsia="Times New Roman" w:hAnsi="Times New Roman"/>
                <w:b/>
                <w:color w:val="000000"/>
                <w:w w:val="97"/>
                <w:sz w:val="16"/>
              </w:rPr>
              <w:t>образовательные ресурсы</w:t>
            </w:r>
          </w:p>
        </w:tc>
      </w:tr>
      <w:tr w:rsidR="00874BE2">
        <w:trPr>
          <w:trHeight w:hRule="exact" w:val="576"/>
        </w:trPr>
        <w:tc>
          <w:tcPr>
            <w:tcW w:w="1726" w:type="dxa"/>
            <w:vMerge/>
            <w:tcBorders>
              <w:top w:val="single" w:sz="4" w:space="0" w:color="000000"/>
              <w:left w:val="single" w:sz="4" w:space="0" w:color="000000"/>
              <w:bottom w:val="single" w:sz="5" w:space="0" w:color="000000"/>
              <w:right w:val="single" w:sz="4" w:space="0" w:color="000000"/>
            </w:tcBorders>
          </w:tcPr>
          <w:p w:rsidR="00874BE2" w:rsidRDefault="00874BE2"/>
        </w:tc>
        <w:tc>
          <w:tcPr>
            <w:tcW w:w="1726" w:type="dxa"/>
            <w:vMerge/>
            <w:tcBorders>
              <w:top w:val="single" w:sz="4" w:space="0" w:color="000000"/>
              <w:left w:val="single" w:sz="4" w:space="0" w:color="000000"/>
              <w:bottom w:val="single" w:sz="5" w:space="0" w:color="000000"/>
              <w:right w:val="single" w:sz="4" w:space="0" w:color="000000"/>
            </w:tcBorders>
          </w:tcPr>
          <w:p w:rsidR="00874BE2" w:rsidRDefault="00874BE2"/>
        </w:tc>
        <w:tc>
          <w:tcPr>
            <w:tcW w:w="528" w:type="dxa"/>
            <w:tcBorders>
              <w:top w:val="single" w:sz="4" w:space="0" w:color="000000"/>
              <w:left w:val="single" w:sz="4" w:space="0" w:color="000000"/>
              <w:bottom w:val="single" w:sz="5" w:space="0" w:color="000000"/>
              <w:right w:val="single" w:sz="4" w:space="0" w:color="000000"/>
            </w:tcBorders>
            <w:tcMar>
              <w:left w:w="0" w:type="dxa"/>
              <w:right w:w="0" w:type="dxa"/>
            </w:tcMar>
          </w:tcPr>
          <w:p w:rsidR="00874BE2" w:rsidRDefault="00CF7AB1">
            <w:pPr>
              <w:autoSpaceDE w:val="0"/>
              <w:autoSpaceDN w:val="0"/>
              <w:spacing w:before="78" w:after="0" w:line="230" w:lineRule="auto"/>
              <w:jc w:val="center"/>
            </w:pPr>
            <w:r>
              <w:rPr>
                <w:rFonts w:ascii="Times New Roman" w:eastAsia="Times New Roman" w:hAnsi="Times New Roman"/>
                <w:b/>
                <w:color w:val="000000"/>
                <w:w w:val="97"/>
                <w:sz w:val="16"/>
              </w:rPr>
              <w:t>всего</w:t>
            </w:r>
          </w:p>
        </w:tc>
        <w:tc>
          <w:tcPr>
            <w:tcW w:w="1104" w:type="dxa"/>
            <w:tcBorders>
              <w:top w:val="single" w:sz="4" w:space="0" w:color="000000"/>
              <w:left w:val="single" w:sz="4" w:space="0" w:color="000000"/>
              <w:bottom w:val="single" w:sz="5" w:space="0" w:color="000000"/>
              <w:right w:val="single" w:sz="4" w:space="0" w:color="000000"/>
            </w:tcBorders>
            <w:tcMar>
              <w:left w:w="0" w:type="dxa"/>
              <w:right w:w="0" w:type="dxa"/>
            </w:tcMar>
          </w:tcPr>
          <w:p w:rsidR="00874BE2" w:rsidRDefault="00CF7AB1">
            <w:pPr>
              <w:autoSpaceDE w:val="0"/>
              <w:autoSpaceDN w:val="0"/>
              <w:spacing w:before="78" w:after="0" w:line="245" w:lineRule="auto"/>
              <w:ind w:left="72"/>
            </w:pPr>
            <w:r>
              <w:rPr>
                <w:rFonts w:ascii="Times New Roman" w:eastAsia="Times New Roman" w:hAnsi="Times New Roman"/>
                <w:b/>
                <w:color w:val="000000"/>
                <w:w w:val="97"/>
                <w:sz w:val="16"/>
              </w:rPr>
              <w:t>контрольные работы</w:t>
            </w:r>
          </w:p>
        </w:tc>
        <w:tc>
          <w:tcPr>
            <w:tcW w:w="1142" w:type="dxa"/>
            <w:tcBorders>
              <w:top w:val="single" w:sz="4" w:space="0" w:color="000000"/>
              <w:left w:val="single" w:sz="4" w:space="0" w:color="000000"/>
              <w:bottom w:val="single" w:sz="5" w:space="0" w:color="000000"/>
              <w:right w:val="single" w:sz="4" w:space="0" w:color="000000"/>
            </w:tcBorders>
            <w:tcMar>
              <w:left w:w="0" w:type="dxa"/>
              <w:right w:w="0" w:type="dxa"/>
            </w:tcMar>
          </w:tcPr>
          <w:p w:rsidR="00874BE2" w:rsidRDefault="00CF7AB1">
            <w:pPr>
              <w:autoSpaceDE w:val="0"/>
              <w:autoSpaceDN w:val="0"/>
              <w:spacing w:before="78" w:after="0" w:line="245" w:lineRule="auto"/>
              <w:ind w:left="72"/>
            </w:pPr>
            <w:r>
              <w:rPr>
                <w:rFonts w:ascii="Times New Roman" w:eastAsia="Times New Roman" w:hAnsi="Times New Roman"/>
                <w:b/>
                <w:color w:val="000000"/>
                <w:w w:val="97"/>
                <w:sz w:val="16"/>
              </w:rPr>
              <w:t>практические работы</w:t>
            </w:r>
          </w:p>
        </w:tc>
        <w:tc>
          <w:tcPr>
            <w:tcW w:w="1726" w:type="dxa"/>
            <w:vMerge/>
            <w:tcBorders>
              <w:top w:val="single" w:sz="4" w:space="0" w:color="000000"/>
              <w:left w:val="single" w:sz="4" w:space="0" w:color="000000"/>
              <w:bottom w:val="single" w:sz="5" w:space="0" w:color="000000"/>
              <w:right w:val="single" w:sz="4" w:space="0" w:color="000000"/>
            </w:tcBorders>
          </w:tcPr>
          <w:p w:rsidR="00874BE2" w:rsidRDefault="00874BE2"/>
        </w:tc>
        <w:tc>
          <w:tcPr>
            <w:tcW w:w="1726" w:type="dxa"/>
            <w:vMerge/>
            <w:tcBorders>
              <w:top w:val="single" w:sz="4" w:space="0" w:color="000000"/>
              <w:left w:val="single" w:sz="4" w:space="0" w:color="000000"/>
              <w:bottom w:val="single" w:sz="5" w:space="0" w:color="000000"/>
              <w:right w:val="single" w:sz="4" w:space="0" w:color="000000"/>
            </w:tcBorders>
          </w:tcPr>
          <w:p w:rsidR="00874BE2" w:rsidRDefault="00874BE2"/>
        </w:tc>
        <w:tc>
          <w:tcPr>
            <w:tcW w:w="1726" w:type="dxa"/>
            <w:vMerge/>
            <w:tcBorders>
              <w:top w:val="single" w:sz="4" w:space="0" w:color="000000"/>
              <w:left w:val="single" w:sz="4" w:space="0" w:color="000000"/>
              <w:bottom w:val="single" w:sz="5" w:space="0" w:color="000000"/>
              <w:right w:val="single" w:sz="4" w:space="0" w:color="000000"/>
            </w:tcBorders>
          </w:tcPr>
          <w:p w:rsidR="00874BE2" w:rsidRDefault="00874BE2"/>
        </w:tc>
        <w:tc>
          <w:tcPr>
            <w:tcW w:w="1726" w:type="dxa"/>
            <w:vMerge/>
            <w:tcBorders>
              <w:top w:val="single" w:sz="4" w:space="0" w:color="000000"/>
              <w:left w:val="single" w:sz="4" w:space="0" w:color="000000"/>
              <w:bottom w:val="single" w:sz="5" w:space="0" w:color="000000"/>
              <w:right w:val="single" w:sz="4" w:space="0" w:color="000000"/>
            </w:tcBorders>
          </w:tcPr>
          <w:p w:rsidR="00874BE2" w:rsidRDefault="00874BE2"/>
        </w:tc>
      </w:tr>
      <w:tr w:rsidR="00874BE2" w:rsidRPr="00092668">
        <w:trPr>
          <w:trHeight w:hRule="exact" w:val="350"/>
        </w:trPr>
        <w:tc>
          <w:tcPr>
            <w:tcW w:w="15502" w:type="dxa"/>
            <w:gridSpan w:val="9"/>
            <w:tcBorders>
              <w:top w:val="single" w:sz="5" w:space="0" w:color="000000"/>
              <w:left w:val="single" w:sz="4" w:space="0" w:color="000000"/>
              <w:bottom w:val="single" w:sz="4" w:space="0" w:color="000000"/>
              <w:right w:val="single" w:sz="4" w:space="0" w:color="000000"/>
            </w:tcBorders>
            <w:tcMar>
              <w:left w:w="0" w:type="dxa"/>
              <w:right w:w="0" w:type="dxa"/>
            </w:tcMar>
          </w:tcPr>
          <w:p w:rsidR="00874BE2" w:rsidRPr="009D03A9" w:rsidRDefault="00CF7AB1">
            <w:pPr>
              <w:autoSpaceDE w:val="0"/>
              <w:autoSpaceDN w:val="0"/>
              <w:spacing w:before="76" w:after="0" w:line="230" w:lineRule="auto"/>
              <w:ind w:left="72"/>
              <w:rPr>
                <w:lang w:val="ru-RU"/>
              </w:rPr>
            </w:pPr>
            <w:r w:rsidRPr="009D03A9">
              <w:rPr>
                <w:rFonts w:ascii="Times New Roman" w:eastAsia="Times New Roman" w:hAnsi="Times New Roman"/>
                <w:color w:val="000000"/>
                <w:w w:val="97"/>
                <w:sz w:val="16"/>
                <w:lang w:val="ru-RU"/>
              </w:rPr>
              <w:t>Раздел 1.</w:t>
            </w:r>
            <w:r w:rsidRPr="009D03A9">
              <w:rPr>
                <w:rFonts w:ascii="Times New Roman" w:eastAsia="Times New Roman" w:hAnsi="Times New Roman"/>
                <w:b/>
                <w:color w:val="221F1F"/>
                <w:w w:val="97"/>
                <w:sz w:val="16"/>
                <w:lang w:val="ru-RU"/>
              </w:rPr>
              <w:t>Натуральные числа. Действия с натуральными числами</w:t>
            </w:r>
          </w:p>
        </w:tc>
      </w:tr>
      <w:tr w:rsidR="00874BE2">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1.1.</w:t>
            </w:r>
          </w:p>
        </w:tc>
        <w:tc>
          <w:tcPr>
            <w:tcW w:w="2906"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 xml:space="preserve">Десятичная система счисления.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01.09.2022</w:t>
            </w:r>
          </w:p>
        </w:tc>
        <w:tc>
          <w:tcPr>
            <w:tcW w:w="587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45"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Читать, записывать, сравнивать натуральные числа; предлагать и обсуждать способы упорядочивания чисел;</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33" w:lineRule="auto"/>
              <w:ind w:left="72"/>
              <w:rPr>
                <w:rFonts w:ascii="Times New Roman" w:eastAsia="Times New Roman" w:hAnsi="Times New Roman"/>
                <w:color w:val="000000"/>
                <w:sz w:val="20"/>
                <w:szCs w:val="20"/>
                <w:lang w:val="ru-RU"/>
              </w:rPr>
            </w:pPr>
            <w:proofErr w:type="spellStart"/>
            <w:r w:rsidRPr="0012630C">
              <w:rPr>
                <w:rFonts w:ascii="Times New Roman" w:eastAsia="Times New Roman" w:hAnsi="Times New Roman"/>
                <w:color w:val="000000"/>
                <w:sz w:val="20"/>
                <w:szCs w:val="20"/>
                <w:lang w:val="ru-RU"/>
              </w:rPr>
              <w:t>Устный</w:t>
            </w:r>
            <w:proofErr w:type="spellEnd"/>
            <w:r w:rsidRPr="0012630C">
              <w:rPr>
                <w:rFonts w:ascii="Times New Roman" w:eastAsia="Times New Roman" w:hAnsi="Times New Roman"/>
                <w:color w:val="000000"/>
                <w:sz w:val="20"/>
                <w:szCs w:val="20"/>
                <w:lang w:val="ru-RU"/>
              </w:rPr>
              <w:t xml:space="preserve"> </w:t>
            </w:r>
            <w:proofErr w:type="spellStart"/>
            <w:r w:rsidRPr="0012630C">
              <w:rPr>
                <w:rFonts w:ascii="Times New Roman" w:eastAsia="Times New Roman" w:hAnsi="Times New Roman"/>
                <w:color w:val="000000"/>
                <w:sz w:val="20"/>
                <w:szCs w:val="20"/>
                <w:lang w:val="ru-RU"/>
              </w:rPr>
              <w:t>опрос</w:t>
            </w:r>
            <w:proofErr w:type="spellEnd"/>
            <w:r w:rsidRPr="0012630C">
              <w:rPr>
                <w:rFonts w:ascii="Times New Roman" w:eastAsia="Times New Roman" w:hAnsi="Times New Roman"/>
                <w:color w:val="000000"/>
                <w:sz w:val="20"/>
                <w:szCs w:val="20"/>
                <w:lang w:val="ru-RU"/>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Учи.ру</w:t>
            </w:r>
          </w:p>
        </w:tc>
      </w:tr>
      <w:tr w:rsidR="00874BE2">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1.2.</w:t>
            </w:r>
          </w:p>
        </w:tc>
        <w:tc>
          <w:tcPr>
            <w:tcW w:w="2906"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 xml:space="preserve">Ряд натуральных чисел.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02.09.2022</w:t>
            </w:r>
          </w:p>
        </w:tc>
        <w:tc>
          <w:tcPr>
            <w:tcW w:w="587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45" w:lineRule="auto"/>
              <w:ind w:left="72" w:right="43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 xml:space="preserve">Изображать </w:t>
            </w:r>
            <w:proofErr w:type="gramStart"/>
            <w:r w:rsidRPr="0012630C">
              <w:rPr>
                <w:rFonts w:ascii="Times New Roman" w:eastAsia="Times New Roman" w:hAnsi="Times New Roman"/>
                <w:color w:val="000000"/>
                <w:sz w:val="20"/>
                <w:szCs w:val="20"/>
                <w:lang w:val="ru-RU"/>
              </w:rPr>
              <w:t>координатную</w:t>
            </w:r>
            <w:proofErr w:type="gramEnd"/>
            <w:r w:rsidRPr="0012630C">
              <w:rPr>
                <w:rFonts w:ascii="Times New Roman" w:eastAsia="Times New Roman" w:hAnsi="Times New Roman"/>
                <w:color w:val="000000"/>
                <w:sz w:val="20"/>
                <w:szCs w:val="20"/>
                <w:lang w:val="ru-RU"/>
              </w:rPr>
              <w:t xml:space="preserve"> прямую, отмечать числа точками на координатной прямой, находить координаты точки;</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45" w:lineRule="auto"/>
              <w:ind w:left="72" w:right="144"/>
              <w:rPr>
                <w:rFonts w:ascii="Times New Roman" w:eastAsia="Times New Roman" w:hAnsi="Times New Roman"/>
                <w:color w:val="000000"/>
                <w:sz w:val="20"/>
                <w:szCs w:val="20"/>
                <w:lang w:val="ru-RU"/>
              </w:rPr>
            </w:pPr>
            <w:proofErr w:type="spellStart"/>
            <w:r w:rsidRPr="0012630C">
              <w:rPr>
                <w:rFonts w:ascii="Times New Roman" w:eastAsia="Times New Roman" w:hAnsi="Times New Roman"/>
                <w:color w:val="000000"/>
                <w:sz w:val="20"/>
                <w:szCs w:val="20"/>
                <w:lang w:val="ru-RU"/>
              </w:rPr>
              <w:t>Практическая</w:t>
            </w:r>
            <w:proofErr w:type="spellEnd"/>
            <w:r w:rsidRPr="0012630C">
              <w:rPr>
                <w:rFonts w:ascii="Times New Roman" w:eastAsia="Times New Roman" w:hAnsi="Times New Roman"/>
                <w:color w:val="000000"/>
                <w:sz w:val="20"/>
                <w:szCs w:val="20"/>
                <w:lang w:val="ru-RU"/>
              </w:rPr>
              <w:t xml:space="preserve"> </w:t>
            </w:r>
            <w:proofErr w:type="spellStart"/>
            <w:r w:rsidRPr="0012630C">
              <w:rPr>
                <w:rFonts w:ascii="Times New Roman" w:eastAsia="Times New Roman" w:hAnsi="Times New Roman"/>
                <w:color w:val="000000"/>
                <w:sz w:val="20"/>
                <w:szCs w:val="20"/>
                <w:lang w:val="ru-RU"/>
              </w:rPr>
              <w:t>работа</w:t>
            </w:r>
            <w:proofErr w:type="spellEnd"/>
            <w:r w:rsidRPr="0012630C">
              <w:rPr>
                <w:rFonts w:ascii="Times New Roman" w:eastAsia="Times New Roman" w:hAnsi="Times New Roman"/>
                <w:color w:val="000000"/>
                <w:sz w:val="20"/>
                <w:szCs w:val="20"/>
                <w:lang w:val="ru-RU"/>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Учи.ру</w:t>
            </w:r>
          </w:p>
        </w:tc>
      </w:tr>
      <w:tr w:rsidR="00874BE2">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1.3.</w:t>
            </w:r>
          </w:p>
        </w:tc>
        <w:tc>
          <w:tcPr>
            <w:tcW w:w="2906"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 xml:space="preserve">Натуральный ряд.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05.09.2022</w:t>
            </w:r>
          </w:p>
        </w:tc>
        <w:tc>
          <w:tcPr>
            <w:tcW w:w="587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Исследовать свойства натурального ряда, чисел 0 и 1 при сложении и умножении;</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45" w:lineRule="auto"/>
              <w:ind w:left="72" w:right="144"/>
              <w:rPr>
                <w:rFonts w:ascii="Times New Roman" w:eastAsia="Times New Roman" w:hAnsi="Times New Roman"/>
                <w:color w:val="000000"/>
                <w:sz w:val="20"/>
                <w:szCs w:val="20"/>
                <w:lang w:val="ru-RU"/>
              </w:rPr>
            </w:pPr>
            <w:proofErr w:type="spellStart"/>
            <w:r w:rsidRPr="0012630C">
              <w:rPr>
                <w:rFonts w:ascii="Times New Roman" w:eastAsia="Times New Roman" w:hAnsi="Times New Roman"/>
                <w:color w:val="000000"/>
                <w:sz w:val="20"/>
                <w:szCs w:val="20"/>
                <w:lang w:val="ru-RU"/>
              </w:rPr>
              <w:t>Практическая</w:t>
            </w:r>
            <w:proofErr w:type="spellEnd"/>
            <w:r w:rsidRPr="0012630C">
              <w:rPr>
                <w:rFonts w:ascii="Times New Roman" w:eastAsia="Times New Roman" w:hAnsi="Times New Roman"/>
                <w:color w:val="000000"/>
                <w:sz w:val="20"/>
                <w:szCs w:val="20"/>
                <w:lang w:val="ru-RU"/>
              </w:rPr>
              <w:t xml:space="preserve"> </w:t>
            </w:r>
            <w:proofErr w:type="spellStart"/>
            <w:r w:rsidRPr="0012630C">
              <w:rPr>
                <w:rFonts w:ascii="Times New Roman" w:eastAsia="Times New Roman" w:hAnsi="Times New Roman"/>
                <w:color w:val="000000"/>
                <w:sz w:val="20"/>
                <w:szCs w:val="20"/>
                <w:lang w:val="ru-RU"/>
              </w:rPr>
              <w:t>работа</w:t>
            </w:r>
            <w:proofErr w:type="spellEnd"/>
            <w:r w:rsidRPr="0012630C">
              <w:rPr>
                <w:rFonts w:ascii="Times New Roman" w:eastAsia="Times New Roman" w:hAnsi="Times New Roman"/>
                <w:color w:val="000000"/>
                <w:sz w:val="20"/>
                <w:szCs w:val="20"/>
                <w:lang w:val="ru-RU"/>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Учи.ру</w:t>
            </w:r>
          </w:p>
        </w:tc>
      </w:tr>
      <w:tr w:rsidR="00874BE2">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8" w:after="0" w:line="230"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1.4.</w:t>
            </w:r>
          </w:p>
        </w:tc>
        <w:tc>
          <w:tcPr>
            <w:tcW w:w="2906"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8" w:after="0" w:line="230"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 xml:space="preserve">Число 0.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8" w:after="0" w:line="230"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8" w:after="0" w:line="230"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8" w:after="0" w:line="230"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8" w:after="0" w:line="230"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06.09.2022</w:t>
            </w:r>
          </w:p>
        </w:tc>
        <w:tc>
          <w:tcPr>
            <w:tcW w:w="587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8" w:after="0" w:line="230"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Исследовать свойства натурального ряда, чисел 0 и 1 при сложении и умножении;</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8" w:after="0" w:line="230" w:lineRule="auto"/>
              <w:ind w:left="72"/>
              <w:rPr>
                <w:rFonts w:ascii="Times New Roman" w:eastAsia="Times New Roman" w:hAnsi="Times New Roman"/>
                <w:color w:val="000000"/>
                <w:sz w:val="20"/>
                <w:szCs w:val="20"/>
                <w:lang w:val="ru-RU"/>
              </w:rPr>
            </w:pPr>
            <w:proofErr w:type="spellStart"/>
            <w:r w:rsidRPr="0012630C">
              <w:rPr>
                <w:rFonts w:ascii="Times New Roman" w:eastAsia="Times New Roman" w:hAnsi="Times New Roman"/>
                <w:color w:val="000000"/>
                <w:sz w:val="20"/>
                <w:szCs w:val="20"/>
                <w:lang w:val="ru-RU"/>
              </w:rPr>
              <w:t>Устный</w:t>
            </w:r>
            <w:proofErr w:type="spellEnd"/>
            <w:r w:rsidRPr="0012630C">
              <w:rPr>
                <w:rFonts w:ascii="Times New Roman" w:eastAsia="Times New Roman" w:hAnsi="Times New Roman"/>
                <w:color w:val="000000"/>
                <w:sz w:val="20"/>
                <w:szCs w:val="20"/>
                <w:lang w:val="ru-RU"/>
              </w:rPr>
              <w:t xml:space="preserve"> </w:t>
            </w:r>
            <w:proofErr w:type="spellStart"/>
            <w:r w:rsidRPr="0012630C">
              <w:rPr>
                <w:rFonts w:ascii="Times New Roman" w:eastAsia="Times New Roman" w:hAnsi="Times New Roman"/>
                <w:color w:val="000000"/>
                <w:sz w:val="20"/>
                <w:szCs w:val="20"/>
                <w:lang w:val="ru-RU"/>
              </w:rPr>
              <w:t>опрос</w:t>
            </w:r>
            <w:proofErr w:type="spellEnd"/>
            <w:r w:rsidRPr="0012630C">
              <w:rPr>
                <w:rFonts w:ascii="Times New Roman" w:eastAsia="Times New Roman" w:hAnsi="Times New Roman"/>
                <w:color w:val="000000"/>
                <w:sz w:val="20"/>
                <w:szCs w:val="20"/>
                <w:lang w:val="ru-RU"/>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8" w:after="0" w:line="230"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Учи.ру</w:t>
            </w:r>
          </w:p>
        </w:tc>
      </w:tr>
      <w:tr w:rsidR="00874BE2">
        <w:trPr>
          <w:trHeight w:hRule="exact" w:val="924"/>
        </w:trPr>
        <w:tc>
          <w:tcPr>
            <w:tcW w:w="468" w:type="dxa"/>
            <w:tcBorders>
              <w:top w:val="single" w:sz="4" w:space="0" w:color="000000"/>
              <w:left w:val="single" w:sz="4" w:space="0" w:color="000000"/>
              <w:bottom w:val="single" w:sz="5" w:space="0" w:color="000000"/>
              <w:right w:val="single" w:sz="4" w:space="0" w:color="000000"/>
            </w:tcBorders>
            <w:tcMar>
              <w:left w:w="0" w:type="dxa"/>
              <w:right w:w="0" w:type="dxa"/>
            </w:tcMar>
          </w:tcPr>
          <w:p w:rsidR="00874BE2" w:rsidRPr="0012630C" w:rsidRDefault="00CF7AB1">
            <w:pPr>
              <w:autoSpaceDE w:val="0"/>
              <w:autoSpaceDN w:val="0"/>
              <w:spacing w:before="78" w:after="0" w:line="230"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1.5.</w:t>
            </w:r>
          </w:p>
        </w:tc>
        <w:tc>
          <w:tcPr>
            <w:tcW w:w="2906" w:type="dxa"/>
            <w:tcBorders>
              <w:top w:val="single" w:sz="4" w:space="0" w:color="000000"/>
              <w:left w:val="single" w:sz="4" w:space="0" w:color="000000"/>
              <w:bottom w:val="single" w:sz="5" w:space="0" w:color="000000"/>
              <w:right w:val="single" w:sz="4" w:space="0" w:color="000000"/>
            </w:tcBorders>
            <w:tcMar>
              <w:left w:w="0" w:type="dxa"/>
              <w:right w:w="0" w:type="dxa"/>
            </w:tcMar>
          </w:tcPr>
          <w:p w:rsidR="00874BE2" w:rsidRPr="0012630C" w:rsidRDefault="00CF7AB1">
            <w:pPr>
              <w:autoSpaceDE w:val="0"/>
              <w:autoSpaceDN w:val="0"/>
              <w:spacing w:before="78" w:after="0" w:line="245" w:lineRule="auto"/>
              <w:ind w:left="72" w:right="288"/>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 xml:space="preserve">Натуральные числа на </w:t>
            </w:r>
            <w:proofErr w:type="gramStart"/>
            <w:r w:rsidRPr="0012630C">
              <w:rPr>
                <w:rFonts w:ascii="Times New Roman" w:eastAsia="Times New Roman" w:hAnsi="Times New Roman"/>
                <w:color w:val="000000"/>
                <w:sz w:val="20"/>
                <w:szCs w:val="20"/>
                <w:lang w:val="ru-RU"/>
              </w:rPr>
              <w:t>координатной</w:t>
            </w:r>
            <w:proofErr w:type="gramEnd"/>
            <w:r w:rsidRPr="0012630C">
              <w:rPr>
                <w:rFonts w:ascii="Times New Roman" w:eastAsia="Times New Roman" w:hAnsi="Times New Roman"/>
                <w:color w:val="000000"/>
                <w:sz w:val="20"/>
                <w:szCs w:val="20"/>
                <w:lang w:val="ru-RU"/>
              </w:rPr>
              <w:t xml:space="preserve"> прямой.</w:t>
            </w:r>
          </w:p>
        </w:tc>
        <w:tc>
          <w:tcPr>
            <w:tcW w:w="528" w:type="dxa"/>
            <w:tcBorders>
              <w:top w:val="single" w:sz="4" w:space="0" w:color="000000"/>
              <w:left w:val="single" w:sz="4" w:space="0" w:color="000000"/>
              <w:bottom w:val="single" w:sz="5" w:space="0" w:color="000000"/>
              <w:right w:val="single" w:sz="4" w:space="0" w:color="000000"/>
            </w:tcBorders>
            <w:tcMar>
              <w:left w:w="0" w:type="dxa"/>
              <w:right w:w="0" w:type="dxa"/>
            </w:tcMar>
          </w:tcPr>
          <w:p w:rsidR="00874BE2" w:rsidRPr="0012630C" w:rsidRDefault="00CF7AB1">
            <w:pPr>
              <w:autoSpaceDE w:val="0"/>
              <w:autoSpaceDN w:val="0"/>
              <w:spacing w:before="78" w:after="0" w:line="230"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2</w:t>
            </w:r>
          </w:p>
        </w:tc>
        <w:tc>
          <w:tcPr>
            <w:tcW w:w="1104" w:type="dxa"/>
            <w:tcBorders>
              <w:top w:val="single" w:sz="4" w:space="0" w:color="000000"/>
              <w:left w:val="single" w:sz="4" w:space="0" w:color="000000"/>
              <w:bottom w:val="single" w:sz="5" w:space="0" w:color="000000"/>
              <w:right w:val="single" w:sz="4" w:space="0" w:color="000000"/>
            </w:tcBorders>
            <w:tcMar>
              <w:left w:w="0" w:type="dxa"/>
              <w:right w:w="0" w:type="dxa"/>
            </w:tcMar>
          </w:tcPr>
          <w:p w:rsidR="00874BE2" w:rsidRPr="0012630C" w:rsidRDefault="00CF7AB1">
            <w:pPr>
              <w:autoSpaceDE w:val="0"/>
              <w:autoSpaceDN w:val="0"/>
              <w:spacing w:before="78" w:after="0" w:line="230"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0</w:t>
            </w:r>
          </w:p>
        </w:tc>
        <w:tc>
          <w:tcPr>
            <w:tcW w:w="1142" w:type="dxa"/>
            <w:tcBorders>
              <w:top w:val="single" w:sz="4" w:space="0" w:color="000000"/>
              <w:left w:val="single" w:sz="4" w:space="0" w:color="000000"/>
              <w:bottom w:val="single" w:sz="5" w:space="0" w:color="000000"/>
              <w:right w:val="single" w:sz="4" w:space="0" w:color="000000"/>
            </w:tcBorders>
            <w:tcMar>
              <w:left w:w="0" w:type="dxa"/>
              <w:right w:w="0" w:type="dxa"/>
            </w:tcMar>
          </w:tcPr>
          <w:p w:rsidR="00874BE2" w:rsidRPr="0012630C" w:rsidRDefault="00CF7AB1">
            <w:pPr>
              <w:autoSpaceDE w:val="0"/>
              <w:autoSpaceDN w:val="0"/>
              <w:spacing w:before="78" w:after="0" w:line="230"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0</w:t>
            </w:r>
          </w:p>
        </w:tc>
        <w:tc>
          <w:tcPr>
            <w:tcW w:w="864" w:type="dxa"/>
            <w:tcBorders>
              <w:top w:val="single" w:sz="4" w:space="0" w:color="000000"/>
              <w:left w:val="single" w:sz="4" w:space="0" w:color="000000"/>
              <w:bottom w:val="single" w:sz="5" w:space="0" w:color="000000"/>
              <w:right w:val="single" w:sz="4" w:space="0" w:color="000000"/>
            </w:tcBorders>
            <w:tcMar>
              <w:left w:w="0" w:type="dxa"/>
              <w:right w:w="0" w:type="dxa"/>
            </w:tcMar>
          </w:tcPr>
          <w:p w:rsidR="00874BE2" w:rsidRPr="0012630C" w:rsidRDefault="00CF7AB1">
            <w:pPr>
              <w:autoSpaceDE w:val="0"/>
              <w:autoSpaceDN w:val="0"/>
              <w:spacing w:before="78" w:after="0" w:line="245"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07.09.2022 08.09.2022</w:t>
            </w:r>
          </w:p>
        </w:tc>
        <w:tc>
          <w:tcPr>
            <w:tcW w:w="5872" w:type="dxa"/>
            <w:tcBorders>
              <w:top w:val="single" w:sz="4" w:space="0" w:color="000000"/>
              <w:left w:val="single" w:sz="4" w:space="0" w:color="000000"/>
              <w:bottom w:val="single" w:sz="5" w:space="0" w:color="000000"/>
              <w:right w:val="single" w:sz="4" w:space="0" w:color="000000"/>
            </w:tcBorders>
            <w:tcMar>
              <w:left w:w="0" w:type="dxa"/>
              <w:right w:w="0" w:type="dxa"/>
            </w:tcMar>
          </w:tcPr>
          <w:p w:rsidR="00874BE2" w:rsidRPr="0012630C" w:rsidRDefault="00CF7AB1">
            <w:pPr>
              <w:autoSpaceDE w:val="0"/>
              <w:autoSpaceDN w:val="0"/>
              <w:spacing w:before="78" w:after="0" w:line="245" w:lineRule="auto"/>
              <w:ind w:left="72" w:right="43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 xml:space="preserve">Изображать </w:t>
            </w:r>
            <w:proofErr w:type="gramStart"/>
            <w:r w:rsidRPr="0012630C">
              <w:rPr>
                <w:rFonts w:ascii="Times New Roman" w:eastAsia="Times New Roman" w:hAnsi="Times New Roman"/>
                <w:color w:val="000000"/>
                <w:sz w:val="20"/>
                <w:szCs w:val="20"/>
                <w:lang w:val="ru-RU"/>
              </w:rPr>
              <w:t>координатную</w:t>
            </w:r>
            <w:proofErr w:type="gramEnd"/>
            <w:r w:rsidRPr="0012630C">
              <w:rPr>
                <w:rFonts w:ascii="Times New Roman" w:eastAsia="Times New Roman" w:hAnsi="Times New Roman"/>
                <w:color w:val="000000"/>
                <w:sz w:val="20"/>
                <w:szCs w:val="20"/>
                <w:lang w:val="ru-RU"/>
              </w:rPr>
              <w:t xml:space="preserve"> прямую, отмечать числа точками на координатной прямой, находить координаты точки;</w:t>
            </w:r>
          </w:p>
        </w:tc>
        <w:tc>
          <w:tcPr>
            <w:tcW w:w="1236" w:type="dxa"/>
            <w:tcBorders>
              <w:top w:val="single" w:sz="4" w:space="0" w:color="000000"/>
              <w:left w:val="single" w:sz="4" w:space="0" w:color="000000"/>
              <w:bottom w:val="single" w:sz="5" w:space="0" w:color="000000"/>
              <w:right w:val="single" w:sz="4" w:space="0" w:color="000000"/>
            </w:tcBorders>
            <w:tcMar>
              <w:left w:w="0" w:type="dxa"/>
              <w:right w:w="0" w:type="dxa"/>
            </w:tcMar>
          </w:tcPr>
          <w:p w:rsidR="00874BE2" w:rsidRPr="0012630C" w:rsidRDefault="00CF7AB1">
            <w:pPr>
              <w:autoSpaceDE w:val="0"/>
              <w:autoSpaceDN w:val="0"/>
              <w:spacing w:before="78" w:after="0" w:line="250"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 xml:space="preserve">Самооценка с </w:t>
            </w:r>
            <w:r w:rsidRPr="0012630C">
              <w:rPr>
                <w:rFonts w:ascii="Times New Roman" w:eastAsia="Times New Roman" w:hAnsi="Times New Roman"/>
                <w:color w:val="000000"/>
                <w:sz w:val="20"/>
                <w:szCs w:val="20"/>
                <w:lang w:val="ru-RU"/>
              </w:rPr>
              <w:br/>
              <w:t>использованием</w:t>
            </w:r>
            <w:proofErr w:type="gramStart"/>
            <w:r w:rsidRPr="0012630C">
              <w:rPr>
                <w:rFonts w:ascii="Times New Roman" w:eastAsia="Times New Roman" w:hAnsi="Times New Roman"/>
                <w:color w:val="000000"/>
                <w:sz w:val="20"/>
                <w:szCs w:val="20"/>
                <w:lang w:val="ru-RU"/>
              </w:rPr>
              <w:t>«О</w:t>
            </w:r>
            <w:proofErr w:type="gramEnd"/>
            <w:r w:rsidRPr="0012630C">
              <w:rPr>
                <w:rFonts w:ascii="Times New Roman" w:eastAsia="Times New Roman" w:hAnsi="Times New Roman"/>
                <w:color w:val="000000"/>
                <w:sz w:val="20"/>
                <w:szCs w:val="20"/>
                <w:lang w:val="ru-RU"/>
              </w:rPr>
              <w:t xml:space="preserve">ценочного </w:t>
            </w:r>
            <w:r w:rsidRPr="0012630C">
              <w:rPr>
                <w:rFonts w:ascii="Times New Roman" w:eastAsia="Times New Roman" w:hAnsi="Times New Roman"/>
                <w:color w:val="000000"/>
                <w:sz w:val="20"/>
                <w:szCs w:val="20"/>
                <w:lang w:val="ru-RU"/>
              </w:rPr>
              <w:br/>
              <w:t>листа»;</w:t>
            </w:r>
          </w:p>
        </w:tc>
        <w:tc>
          <w:tcPr>
            <w:tcW w:w="1382" w:type="dxa"/>
            <w:tcBorders>
              <w:top w:val="single" w:sz="4" w:space="0" w:color="000000"/>
              <w:left w:val="single" w:sz="4" w:space="0" w:color="000000"/>
              <w:bottom w:val="single" w:sz="5" w:space="0" w:color="000000"/>
              <w:right w:val="single" w:sz="4" w:space="0" w:color="000000"/>
            </w:tcBorders>
            <w:tcMar>
              <w:left w:w="0" w:type="dxa"/>
              <w:right w:w="0" w:type="dxa"/>
            </w:tcMar>
          </w:tcPr>
          <w:p w:rsidR="00874BE2" w:rsidRPr="0012630C" w:rsidRDefault="00CF7AB1">
            <w:pPr>
              <w:autoSpaceDE w:val="0"/>
              <w:autoSpaceDN w:val="0"/>
              <w:spacing w:before="78" w:after="0" w:line="230"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Учи.ру</w:t>
            </w:r>
          </w:p>
        </w:tc>
      </w:tr>
      <w:tr w:rsidR="00874BE2">
        <w:trPr>
          <w:trHeight w:hRule="exact" w:val="542"/>
        </w:trPr>
        <w:tc>
          <w:tcPr>
            <w:tcW w:w="468" w:type="dxa"/>
            <w:tcBorders>
              <w:top w:val="single" w:sz="5"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30"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1.6.</w:t>
            </w:r>
          </w:p>
        </w:tc>
        <w:tc>
          <w:tcPr>
            <w:tcW w:w="2906" w:type="dxa"/>
            <w:tcBorders>
              <w:top w:val="single" w:sz="5"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45" w:lineRule="auto"/>
              <w:ind w:left="72" w:right="288"/>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Сравнение, округлениенатуральных чисел.</w:t>
            </w:r>
          </w:p>
        </w:tc>
        <w:tc>
          <w:tcPr>
            <w:tcW w:w="528" w:type="dxa"/>
            <w:tcBorders>
              <w:top w:val="single" w:sz="5"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30"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4</w:t>
            </w:r>
          </w:p>
        </w:tc>
        <w:tc>
          <w:tcPr>
            <w:tcW w:w="1104" w:type="dxa"/>
            <w:tcBorders>
              <w:top w:val="single" w:sz="5"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30"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1</w:t>
            </w:r>
          </w:p>
        </w:tc>
        <w:tc>
          <w:tcPr>
            <w:tcW w:w="1142" w:type="dxa"/>
            <w:tcBorders>
              <w:top w:val="single" w:sz="5"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30"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0</w:t>
            </w:r>
          </w:p>
        </w:tc>
        <w:tc>
          <w:tcPr>
            <w:tcW w:w="864" w:type="dxa"/>
            <w:tcBorders>
              <w:top w:val="single" w:sz="5"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45"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09.09.2022 14.09.2022</w:t>
            </w:r>
          </w:p>
        </w:tc>
        <w:tc>
          <w:tcPr>
            <w:tcW w:w="5872" w:type="dxa"/>
            <w:tcBorders>
              <w:top w:val="single" w:sz="5"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30"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Использовать правило округления натуральных чисел;</w:t>
            </w:r>
          </w:p>
        </w:tc>
        <w:tc>
          <w:tcPr>
            <w:tcW w:w="1236" w:type="dxa"/>
            <w:tcBorders>
              <w:top w:val="single" w:sz="5"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45" w:lineRule="auto"/>
              <w:ind w:left="72" w:right="288"/>
              <w:rPr>
                <w:rFonts w:ascii="Times New Roman" w:eastAsia="Times New Roman" w:hAnsi="Times New Roman"/>
                <w:color w:val="000000"/>
                <w:sz w:val="20"/>
                <w:szCs w:val="20"/>
                <w:lang w:val="ru-RU"/>
              </w:rPr>
            </w:pPr>
            <w:proofErr w:type="spellStart"/>
            <w:r w:rsidRPr="0012630C">
              <w:rPr>
                <w:rFonts w:ascii="Times New Roman" w:eastAsia="Times New Roman" w:hAnsi="Times New Roman"/>
                <w:color w:val="000000"/>
                <w:sz w:val="20"/>
                <w:szCs w:val="20"/>
                <w:lang w:val="ru-RU"/>
              </w:rPr>
              <w:t>Контрольная</w:t>
            </w:r>
            <w:proofErr w:type="spellEnd"/>
            <w:r w:rsidRPr="0012630C">
              <w:rPr>
                <w:rFonts w:ascii="Times New Roman" w:eastAsia="Times New Roman" w:hAnsi="Times New Roman"/>
                <w:color w:val="000000"/>
                <w:sz w:val="20"/>
                <w:szCs w:val="20"/>
                <w:lang w:val="ru-RU"/>
              </w:rPr>
              <w:t xml:space="preserve"> </w:t>
            </w:r>
            <w:proofErr w:type="spellStart"/>
            <w:r w:rsidRPr="0012630C">
              <w:rPr>
                <w:rFonts w:ascii="Times New Roman" w:eastAsia="Times New Roman" w:hAnsi="Times New Roman"/>
                <w:color w:val="000000"/>
                <w:sz w:val="20"/>
                <w:szCs w:val="20"/>
                <w:lang w:val="ru-RU"/>
              </w:rPr>
              <w:t>работа</w:t>
            </w:r>
            <w:proofErr w:type="spellEnd"/>
            <w:r w:rsidRPr="0012630C">
              <w:rPr>
                <w:rFonts w:ascii="Times New Roman" w:eastAsia="Times New Roman" w:hAnsi="Times New Roman"/>
                <w:color w:val="000000"/>
                <w:sz w:val="20"/>
                <w:szCs w:val="20"/>
                <w:lang w:val="ru-RU"/>
              </w:rPr>
              <w:t>;</w:t>
            </w:r>
          </w:p>
        </w:tc>
        <w:tc>
          <w:tcPr>
            <w:tcW w:w="1382" w:type="dxa"/>
            <w:tcBorders>
              <w:top w:val="single" w:sz="5"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30"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Учи.ру</w:t>
            </w:r>
          </w:p>
        </w:tc>
      </w:tr>
      <w:tr w:rsidR="00874BE2">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1.7.</w:t>
            </w:r>
          </w:p>
        </w:tc>
        <w:tc>
          <w:tcPr>
            <w:tcW w:w="2906"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45" w:lineRule="auto"/>
              <w:ind w:left="72" w:right="864"/>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Арифметические действия с натуральными числами.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12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1</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45"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15.09.2022 30.09.2022</w:t>
            </w:r>
          </w:p>
        </w:tc>
        <w:tc>
          <w:tcPr>
            <w:tcW w:w="587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45" w:lineRule="auto"/>
              <w:ind w:left="72" w:right="144"/>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Выполнять арифметические действия с натуральными числами, вычислять значения числовых выражений со скобками и без скобок;</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45" w:lineRule="auto"/>
              <w:ind w:left="72" w:right="288"/>
              <w:rPr>
                <w:rFonts w:ascii="Times New Roman" w:eastAsia="Times New Roman" w:hAnsi="Times New Roman"/>
                <w:color w:val="000000"/>
                <w:sz w:val="20"/>
                <w:szCs w:val="20"/>
                <w:lang w:val="ru-RU"/>
              </w:rPr>
            </w:pPr>
            <w:proofErr w:type="spellStart"/>
            <w:r w:rsidRPr="0012630C">
              <w:rPr>
                <w:rFonts w:ascii="Times New Roman" w:eastAsia="Times New Roman" w:hAnsi="Times New Roman"/>
                <w:color w:val="000000"/>
                <w:sz w:val="20"/>
                <w:szCs w:val="20"/>
                <w:lang w:val="ru-RU"/>
              </w:rPr>
              <w:t>Контрольная</w:t>
            </w:r>
            <w:proofErr w:type="spellEnd"/>
            <w:r w:rsidRPr="0012630C">
              <w:rPr>
                <w:rFonts w:ascii="Times New Roman" w:eastAsia="Times New Roman" w:hAnsi="Times New Roman"/>
                <w:color w:val="000000"/>
                <w:sz w:val="20"/>
                <w:szCs w:val="20"/>
                <w:lang w:val="ru-RU"/>
              </w:rPr>
              <w:t xml:space="preserve"> </w:t>
            </w:r>
            <w:proofErr w:type="spellStart"/>
            <w:r w:rsidRPr="0012630C">
              <w:rPr>
                <w:rFonts w:ascii="Times New Roman" w:eastAsia="Times New Roman" w:hAnsi="Times New Roman"/>
                <w:color w:val="000000"/>
                <w:sz w:val="20"/>
                <w:szCs w:val="20"/>
                <w:lang w:val="ru-RU"/>
              </w:rPr>
              <w:t>работа</w:t>
            </w:r>
            <w:proofErr w:type="spellEnd"/>
            <w:r w:rsidRPr="0012630C">
              <w:rPr>
                <w:rFonts w:ascii="Times New Roman" w:eastAsia="Times New Roman" w:hAnsi="Times New Roman"/>
                <w:color w:val="000000"/>
                <w:sz w:val="20"/>
                <w:szCs w:val="20"/>
                <w:lang w:val="ru-RU"/>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Учи.ру</w:t>
            </w:r>
          </w:p>
        </w:tc>
      </w:tr>
      <w:tr w:rsidR="00874BE2">
        <w:trPr>
          <w:trHeight w:hRule="exact" w:val="73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1.8.</w:t>
            </w:r>
          </w:p>
        </w:tc>
        <w:tc>
          <w:tcPr>
            <w:tcW w:w="2906"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50" w:lineRule="auto"/>
              <w:ind w:left="72" w:right="43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 xml:space="preserve">Свойства нуля при сложении и </w:t>
            </w:r>
            <w:r w:rsidRPr="0012630C">
              <w:rPr>
                <w:rFonts w:ascii="Times New Roman" w:eastAsia="Times New Roman" w:hAnsi="Times New Roman"/>
                <w:color w:val="000000"/>
                <w:sz w:val="20"/>
                <w:szCs w:val="20"/>
                <w:lang w:val="ru-RU"/>
              </w:rPr>
              <w:br/>
              <w:t>умножении, свойства единицы при умножении.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45"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03.10.2022 04.10.2022</w:t>
            </w:r>
          </w:p>
        </w:tc>
        <w:tc>
          <w:tcPr>
            <w:tcW w:w="587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Исследовать свойства натурального ряда, чисел 0 и 1 при сложении и умножении;</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33" w:lineRule="auto"/>
              <w:ind w:left="72"/>
              <w:rPr>
                <w:rFonts w:ascii="Times New Roman" w:eastAsia="Times New Roman" w:hAnsi="Times New Roman"/>
                <w:color w:val="000000"/>
                <w:sz w:val="20"/>
                <w:szCs w:val="20"/>
                <w:lang w:val="ru-RU"/>
              </w:rPr>
            </w:pPr>
            <w:proofErr w:type="spellStart"/>
            <w:r w:rsidRPr="0012630C">
              <w:rPr>
                <w:rFonts w:ascii="Times New Roman" w:eastAsia="Times New Roman" w:hAnsi="Times New Roman"/>
                <w:color w:val="000000"/>
                <w:sz w:val="20"/>
                <w:szCs w:val="20"/>
                <w:lang w:val="ru-RU"/>
              </w:rPr>
              <w:t>Устный</w:t>
            </w:r>
            <w:proofErr w:type="spellEnd"/>
            <w:r w:rsidRPr="0012630C">
              <w:rPr>
                <w:rFonts w:ascii="Times New Roman" w:eastAsia="Times New Roman" w:hAnsi="Times New Roman"/>
                <w:color w:val="000000"/>
                <w:sz w:val="20"/>
                <w:szCs w:val="20"/>
                <w:lang w:val="ru-RU"/>
              </w:rPr>
              <w:t xml:space="preserve"> </w:t>
            </w:r>
            <w:proofErr w:type="spellStart"/>
            <w:r w:rsidRPr="0012630C">
              <w:rPr>
                <w:rFonts w:ascii="Times New Roman" w:eastAsia="Times New Roman" w:hAnsi="Times New Roman"/>
                <w:color w:val="000000"/>
                <w:sz w:val="20"/>
                <w:szCs w:val="20"/>
                <w:lang w:val="ru-RU"/>
              </w:rPr>
              <w:t>опрос</w:t>
            </w:r>
            <w:proofErr w:type="spellEnd"/>
            <w:r w:rsidRPr="0012630C">
              <w:rPr>
                <w:rFonts w:ascii="Times New Roman" w:eastAsia="Times New Roman" w:hAnsi="Times New Roman"/>
                <w:color w:val="000000"/>
                <w:sz w:val="20"/>
                <w:szCs w:val="20"/>
                <w:lang w:val="ru-RU"/>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Учи.ру</w:t>
            </w:r>
          </w:p>
        </w:tc>
      </w:tr>
      <w:tr w:rsidR="00874BE2" w:rsidRPr="0012630C">
        <w:trPr>
          <w:trHeight w:hRule="exact" w:val="91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lastRenderedPageBreak/>
              <w:t>1.9.</w:t>
            </w:r>
          </w:p>
        </w:tc>
        <w:tc>
          <w:tcPr>
            <w:tcW w:w="2906"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 xml:space="preserve">Переместительное и сочетательное </w:t>
            </w:r>
            <w:r w:rsidRPr="0012630C">
              <w:rPr>
                <w:rFonts w:ascii="Times New Roman" w:eastAsia="Times New Roman" w:hAnsi="Times New Roman"/>
                <w:color w:val="000000"/>
                <w:sz w:val="20"/>
                <w:szCs w:val="20"/>
                <w:lang w:val="ru-RU"/>
              </w:rPr>
              <w:br/>
              <w:t xml:space="preserve">свойства сложения и умножения, </w:t>
            </w:r>
            <w:r w:rsidRPr="0012630C">
              <w:rPr>
                <w:rFonts w:ascii="Times New Roman" w:eastAsia="Times New Roman" w:hAnsi="Times New Roman"/>
                <w:color w:val="000000"/>
                <w:sz w:val="20"/>
                <w:szCs w:val="20"/>
                <w:lang w:val="ru-RU"/>
              </w:rPr>
              <w:br/>
              <w:t>распределительное свойство умножения.</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4</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1</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05.10.2022 10.10.2022</w:t>
            </w:r>
          </w:p>
        </w:tc>
        <w:tc>
          <w:tcPr>
            <w:tcW w:w="587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Использовать при вычислениях переместительное и сочетательное свойства сложения и умножения, распределительное свойство умножения;</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proofErr w:type="spellStart"/>
            <w:r w:rsidRPr="0012630C">
              <w:rPr>
                <w:rFonts w:ascii="Times New Roman" w:eastAsia="Times New Roman" w:hAnsi="Times New Roman"/>
                <w:color w:val="000000"/>
                <w:sz w:val="20"/>
                <w:szCs w:val="20"/>
                <w:lang w:val="ru-RU"/>
              </w:rPr>
              <w:t>Контрольная</w:t>
            </w:r>
            <w:proofErr w:type="spellEnd"/>
            <w:r w:rsidRPr="0012630C">
              <w:rPr>
                <w:rFonts w:ascii="Times New Roman" w:eastAsia="Times New Roman" w:hAnsi="Times New Roman"/>
                <w:color w:val="000000"/>
                <w:sz w:val="20"/>
                <w:szCs w:val="20"/>
                <w:lang w:val="ru-RU"/>
              </w:rPr>
              <w:t xml:space="preserve"> </w:t>
            </w:r>
            <w:proofErr w:type="spellStart"/>
            <w:r w:rsidRPr="0012630C">
              <w:rPr>
                <w:rFonts w:ascii="Times New Roman" w:eastAsia="Times New Roman" w:hAnsi="Times New Roman"/>
                <w:color w:val="000000"/>
                <w:sz w:val="20"/>
                <w:szCs w:val="20"/>
                <w:lang w:val="ru-RU"/>
              </w:rPr>
              <w:t>работа</w:t>
            </w:r>
            <w:proofErr w:type="spellEnd"/>
            <w:r w:rsidRPr="0012630C">
              <w:rPr>
                <w:rFonts w:ascii="Times New Roman" w:eastAsia="Times New Roman" w:hAnsi="Times New Roman"/>
                <w:color w:val="000000"/>
                <w:sz w:val="20"/>
                <w:szCs w:val="20"/>
                <w:lang w:val="ru-RU"/>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Учи.ру</w:t>
            </w:r>
          </w:p>
        </w:tc>
      </w:tr>
      <w:tr w:rsidR="00874BE2" w:rsidRPr="0012630C">
        <w:trPr>
          <w:trHeight w:hRule="exact" w:val="926"/>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1.10.</w:t>
            </w:r>
          </w:p>
        </w:tc>
        <w:tc>
          <w:tcPr>
            <w:tcW w:w="2906"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Делители и кратные числа, разложение числа на множители.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11.10.2022 12.10.2022</w:t>
            </w:r>
          </w:p>
        </w:tc>
        <w:tc>
          <w:tcPr>
            <w:tcW w:w="587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Формулировать определения делителя и кратного, называть делители и кратные числа; распознавать простые и составные числа; формулировать и применять признаки делимости на 2, 3, 5, 9, 10; применять алгоритм разложения числа на простые множители; находить остатки от деления и неполное частное;</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proofErr w:type="spellStart"/>
            <w:r w:rsidRPr="0012630C">
              <w:rPr>
                <w:rFonts w:ascii="Times New Roman" w:eastAsia="Times New Roman" w:hAnsi="Times New Roman"/>
                <w:color w:val="000000"/>
                <w:sz w:val="20"/>
                <w:szCs w:val="20"/>
                <w:lang w:val="ru-RU"/>
              </w:rPr>
              <w:t>Письменный</w:t>
            </w:r>
            <w:proofErr w:type="spellEnd"/>
            <w:r w:rsidRPr="0012630C">
              <w:rPr>
                <w:rFonts w:ascii="Times New Roman" w:eastAsia="Times New Roman" w:hAnsi="Times New Roman"/>
                <w:color w:val="000000"/>
                <w:sz w:val="20"/>
                <w:szCs w:val="20"/>
                <w:lang w:val="ru-RU"/>
              </w:rPr>
              <w:t xml:space="preserve"> </w:t>
            </w:r>
            <w:proofErr w:type="spellStart"/>
            <w:r w:rsidRPr="0012630C">
              <w:rPr>
                <w:rFonts w:ascii="Times New Roman" w:eastAsia="Times New Roman" w:hAnsi="Times New Roman"/>
                <w:color w:val="000000"/>
                <w:sz w:val="20"/>
                <w:szCs w:val="20"/>
                <w:lang w:val="ru-RU"/>
              </w:rPr>
              <w:t>контроль</w:t>
            </w:r>
            <w:proofErr w:type="spellEnd"/>
            <w:r w:rsidRPr="0012630C">
              <w:rPr>
                <w:rFonts w:ascii="Times New Roman" w:eastAsia="Times New Roman" w:hAnsi="Times New Roman"/>
                <w:color w:val="000000"/>
                <w:sz w:val="20"/>
                <w:szCs w:val="20"/>
                <w:lang w:val="ru-RU"/>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РЭШ</w:t>
            </w:r>
          </w:p>
        </w:tc>
      </w:tr>
      <w:tr w:rsidR="00874BE2" w:rsidRPr="0012630C">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1.11.</w:t>
            </w:r>
          </w:p>
        </w:tc>
        <w:tc>
          <w:tcPr>
            <w:tcW w:w="2906"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 xml:space="preserve">Деление с остатком.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13.10.2022 14.10.2022</w:t>
            </w:r>
          </w:p>
        </w:tc>
        <w:tc>
          <w:tcPr>
            <w:tcW w:w="587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Конструировать математические предложения с по мощью связок «и», «или»,«если…, то…»;</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proofErr w:type="spellStart"/>
            <w:r w:rsidRPr="0012630C">
              <w:rPr>
                <w:rFonts w:ascii="Times New Roman" w:eastAsia="Times New Roman" w:hAnsi="Times New Roman"/>
                <w:color w:val="000000"/>
                <w:sz w:val="20"/>
                <w:szCs w:val="20"/>
                <w:lang w:val="ru-RU"/>
              </w:rPr>
              <w:t>Письменный</w:t>
            </w:r>
            <w:proofErr w:type="spellEnd"/>
            <w:r w:rsidRPr="0012630C">
              <w:rPr>
                <w:rFonts w:ascii="Times New Roman" w:eastAsia="Times New Roman" w:hAnsi="Times New Roman"/>
                <w:color w:val="000000"/>
                <w:sz w:val="20"/>
                <w:szCs w:val="20"/>
                <w:lang w:val="ru-RU"/>
              </w:rPr>
              <w:t xml:space="preserve"> </w:t>
            </w:r>
            <w:proofErr w:type="spellStart"/>
            <w:r w:rsidRPr="0012630C">
              <w:rPr>
                <w:rFonts w:ascii="Times New Roman" w:eastAsia="Times New Roman" w:hAnsi="Times New Roman"/>
                <w:color w:val="000000"/>
                <w:sz w:val="20"/>
                <w:szCs w:val="20"/>
                <w:lang w:val="ru-RU"/>
              </w:rPr>
              <w:t>контроль</w:t>
            </w:r>
            <w:proofErr w:type="spellEnd"/>
            <w:r w:rsidRPr="0012630C">
              <w:rPr>
                <w:rFonts w:ascii="Times New Roman" w:eastAsia="Times New Roman" w:hAnsi="Times New Roman"/>
                <w:color w:val="000000"/>
                <w:sz w:val="20"/>
                <w:szCs w:val="20"/>
                <w:lang w:val="ru-RU"/>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РЭШ</w:t>
            </w:r>
          </w:p>
        </w:tc>
      </w:tr>
      <w:tr w:rsidR="00874BE2" w:rsidRPr="0012630C">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1.12.</w:t>
            </w:r>
          </w:p>
        </w:tc>
        <w:tc>
          <w:tcPr>
            <w:tcW w:w="2906"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Простые и составные числа.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17.10.2022 18.10.2022</w:t>
            </w:r>
          </w:p>
        </w:tc>
        <w:tc>
          <w:tcPr>
            <w:tcW w:w="587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Исследовать свойства натурального ряда, чисел 0 и 1 при сложении и умножении;</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proofErr w:type="spellStart"/>
            <w:r w:rsidRPr="0012630C">
              <w:rPr>
                <w:rFonts w:ascii="Times New Roman" w:eastAsia="Times New Roman" w:hAnsi="Times New Roman"/>
                <w:color w:val="000000"/>
                <w:sz w:val="20"/>
                <w:szCs w:val="20"/>
                <w:lang w:val="ru-RU"/>
              </w:rPr>
              <w:t>Устный</w:t>
            </w:r>
            <w:proofErr w:type="spellEnd"/>
            <w:r w:rsidRPr="0012630C">
              <w:rPr>
                <w:rFonts w:ascii="Times New Roman" w:eastAsia="Times New Roman" w:hAnsi="Times New Roman"/>
                <w:color w:val="000000"/>
                <w:sz w:val="20"/>
                <w:szCs w:val="20"/>
                <w:lang w:val="ru-RU"/>
              </w:rPr>
              <w:t xml:space="preserve"> </w:t>
            </w:r>
            <w:proofErr w:type="spellStart"/>
            <w:r w:rsidRPr="0012630C">
              <w:rPr>
                <w:rFonts w:ascii="Times New Roman" w:eastAsia="Times New Roman" w:hAnsi="Times New Roman"/>
                <w:color w:val="000000"/>
                <w:sz w:val="20"/>
                <w:szCs w:val="20"/>
                <w:lang w:val="ru-RU"/>
              </w:rPr>
              <w:t>опрос</w:t>
            </w:r>
            <w:proofErr w:type="spellEnd"/>
            <w:r w:rsidRPr="0012630C">
              <w:rPr>
                <w:rFonts w:ascii="Times New Roman" w:eastAsia="Times New Roman" w:hAnsi="Times New Roman"/>
                <w:color w:val="000000"/>
                <w:sz w:val="20"/>
                <w:szCs w:val="20"/>
                <w:lang w:val="ru-RU"/>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Учи.ру</w:t>
            </w:r>
          </w:p>
        </w:tc>
      </w:tr>
      <w:tr w:rsidR="00874BE2" w:rsidRPr="0012630C">
        <w:trPr>
          <w:trHeight w:hRule="exact" w:val="52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1.13.</w:t>
            </w:r>
          </w:p>
        </w:tc>
        <w:tc>
          <w:tcPr>
            <w:tcW w:w="2906"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Признаки делимости на 2, 5, 10, 3, 9.</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19.10.2022 20.10.2022</w:t>
            </w:r>
          </w:p>
        </w:tc>
        <w:tc>
          <w:tcPr>
            <w:tcW w:w="587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Критически оценивать полученный результат, осуществлять самоконтроль, проверяя ответ на соответствие условию, находить ошибки;</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proofErr w:type="spellStart"/>
            <w:r w:rsidRPr="0012630C">
              <w:rPr>
                <w:rFonts w:ascii="Times New Roman" w:eastAsia="Times New Roman" w:hAnsi="Times New Roman"/>
                <w:color w:val="000000"/>
                <w:sz w:val="20"/>
                <w:szCs w:val="20"/>
                <w:lang w:val="ru-RU"/>
              </w:rPr>
              <w:t>Устный</w:t>
            </w:r>
            <w:proofErr w:type="spellEnd"/>
            <w:r w:rsidRPr="0012630C">
              <w:rPr>
                <w:rFonts w:ascii="Times New Roman" w:eastAsia="Times New Roman" w:hAnsi="Times New Roman"/>
                <w:color w:val="000000"/>
                <w:sz w:val="20"/>
                <w:szCs w:val="20"/>
                <w:lang w:val="ru-RU"/>
              </w:rPr>
              <w:t xml:space="preserve"> </w:t>
            </w:r>
            <w:proofErr w:type="spellStart"/>
            <w:r w:rsidRPr="0012630C">
              <w:rPr>
                <w:rFonts w:ascii="Times New Roman" w:eastAsia="Times New Roman" w:hAnsi="Times New Roman"/>
                <w:color w:val="000000"/>
                <w:sz w:val="20"/>
                <w:szCs w:val="20"/>
                <w:lang w:val="ru-RU"/>
              </w:rPr>
              <w:t>опрос</w:t>
            </w:r>
            <w:proofErr w:type="spellEnd"/>
            <w:r w:rsidRPr="0012630C">
              <w:rPr>
                <w:rFonts w:ascii="Times New Roman" w:eastAsia="Times New Roman" w:hAnsi="Times New Roman"/>
                <w:color w:val="000000"/>
                <w:sz w:val="20"/>
                <w:szCs w:val="20"/>
                <w:lang w:val="ru-RU"/>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Мультиурок</w:t>
            </w:r>
          </w:p>
        </w:tc>
      </w:tr>
    </w:tbl>
    <w:p w:rsidR="00874BE2" w:rsidRPr="0012630C" w:rsidRDefault="00874BE2" w:rsidP="0012630C">
      <w:pPr>
        <w:autoSpaceDE w:val="0"/>
        <w:autoSpaceDN w:val="0"/>
        <w:spacing w:before="76" w:after="0" w:line="233" w:lineRule="auto"/>
        <w:jc w:val="center"/>
        <w:rPr>
          <w:rFonts w:ascii="Times New Roman" w:eastAsia="Times New Roman" w:hAnsi="Times New Roman"/>
          <w:color w:val="000000"/>
          <w:sz w:val="20"/>
          <w:szCs w:val="20"/>
          <w:lang w:val="ru-RU"/>
        </w:rPr>
      </w:pPr>
    </w:p>
    <w:tbl>
      <w:tblPr>
        <w:tblW w:w="0" w:type="auto"/>
        <w:tblInd w:w="6" w:type="dxa"/>
        <w:tblLayout w:type="fixed"/>
        <w:tblLook w:val="04A0"/>
      </w:tblPr>
      <w:tblGrid>
        <w:gridCol w:w="468"/>
        <w:gridCol w:w="2906"/>
        <w:gridCol w:w="528"/>
        <w:gridCol w:w="1104"/>
        <w:gridCol w:w="1142"/>
        <w:gridCol w:w="864"/>
        <w:gridCol w:w="5872"/>
        <w:gridCol w:w="1236"/>
        <w:gridCol w:w="1382"/>
      </w:tblGrid>
      <w:tr w:rsidR="00874BE2" w:rsidRPr="0012630C">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1.14.</w:t>
            </w:r>
          </w:p>
        </w:tc>
        <w:tc>
          <w:tcPr>
            <w:tcW w:w="2906"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Степень с натуральным показателем.</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21.10.2022 24.10.2022</w:t>
            </w:r>
          </w:p>
        </w:tc>
        <w:tc>
          <w:tcPr>
            <w:tcW w:w="587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Записывать произведение в виде степени, читать степени, использовать терминологию (</w:t>
            </w:r>
            <w:proofErr w:type="spellStart"/>
            <w:r w:rsidRPr="0012630C">
              <w:rPr>
                <w:rFonts w:ascii="Times New Roman" w:eastAsia="Times New Roman" w:hAnsi="Times New Roman"/>
                <w:color w:val="000000"/>
                <w:sz w:val="20"/>
                <w:szCs w:val="20"/>
                <w:lang w:val="ru-RU"/>
              </w:rPr>
              <w:t>основание</w:t>
            </w:r>
            <w:proofErr w:type="spellEnd"/>
            <w:r w:rsidRPr="0012630C">
              <w:rPr>
                <w:rFonts w:ascii="Times New Roman" w:eastAsia="Times New Roman" w:hAnsi="Times New Roman"/>
                <w:color w:val="000000"/>
                <w:sz w:val="20"/>
                <w:szCs w:val="20"/>
                <w:lang w:val="ru-RU"/>
              </w:rPr>
              <w:t xml:space="preserve">, </w:t>
            </w:r>
            <w:proofErr w:type="spellStart"/>
            <w:r w:rsidRPr="0012630C">
              <w:rPr>
                <w:rFonts w:ascii="Times New Roman" w:eastAsia="Times New Roman" w:hAnsi="Times New Roman"/>
                <w:color w:val="000000"/>
                <w:sz w:val="20"/>
                <w:szCs w:val="20"/>
                <w:lang w:val="ru-RU"/>
              </w:rPr>
              <w:t>показатель</w:t>
            </w:r>
            <w:proofErr w:type="spellEnd"/>
            <w:r w:rsidRPr="0012630C">
              <w:rPr>
                <w:rFonts w:ascii="Times New Roman" w:eastAsia="Times New Roman" w:hAnsi="Times New Roman"/>
                <w:color w:val="000000"/>
                <w:sz w:val="20"/>
                <w:szCs w:val="20"/>
                <w:lang w:val="ru-RU"/>
              </w:rPr>
              <w:t xml:space="preserve">), </w:t>
            </w:r>
            <w:proofErr w:type="spellStart"/>
            <w:r w:rsidRPr="0012630C">
              <w:rPr>
                <w:rFonts w:ascii="Times New Roman" w:eastAsia="Times New Roman" w:hAnsi="Times New Roman"/>
                <w:color w:val="000000"/>
                <w:sz w:val="20"/>
                <w:szCs w:val="20"/>
                <w:lang w:val="ru-RU"/>
              </w:rPr>
              <w:t>вычислять</w:t>
            </w:r>
            <w:proofErr w:type="spellEnd"/>
            <w:r w:rsidRPr="0012630C">
              <w:rPr>
                <w:rFonts w:ascii="Times New Roman" w:eastAsia="Times New Roman" w:hAnsi="Times New Roman"/>
                <w:color w:val="000000"/>
                <w:sz w:val="20"/>
                <w:szCs w:val="20"/>
                <w:lang w:val="ru-RU"/>
              </w:rPr>
              <w:t xml:space="preserve"> </w:t>
            </w:r>
            <w:proofErr w:type="spellStart"/>
            <w:r w:rsidRPr="0012630C">
              <w:rPr>
                <w:rFonts w:ascii="Times New Roman" w:eastAsia="Times New Roman" w:hAnsi="Times New Roman"/>
                <w:color w:val="000000"/>
                <w:sz w:val="20"/>
                <w:szCs w:val="20"/>
                <w:lang w:val="ru-RU"/>
              </w:rPr>
              <w:t>значения</w:t>
            </w:r>
            <w:proofErr w:type="spellEnd"/>
            <w:r w:rsidRPr="0012630C">
              <w:rPr>
                <w:rFonts w:ascii="Times New Roman" w:eastAsia="Times New Roman" w:hAnsi="Times New Roman"/>
                <w:color w:val="000000"/>
                <w:sz w:val="20"/>
                <w:szCs w:val="20"/>
                <w:lang w:val="ru-RU"/>
              </w:rPr>
              <w:t xml:space="preserve"> </w:t>
            </w:r>
            <w:proofErr w:type="spellStart"/>
            <w:r w:rsidRPr="0012630C">
              <w:rPr>
                <w:rFonts w:ascii="Times New Roman" w:eastAsia="Times New Roman" w:hAnsi="Times New Roman"/>
                <w:color w:val="000000"/>
                <w:sz w:val="20"/>
                <w:szCs w:val="20"/>
                <w:lang w:val="ru-RU"/>
              </w:rPr>
              <w:t>степеней</w:t>
            </w:r>
            <w:proofErr w:type="spellEnd"/>
            <w:r w:rsidRPr="0012630C">
              <w:rPr>
                <w:rFonts w:ascii="Times New Roman" w:eastAsia="Times New Roman" w:hAnsi="Times New Roman"/>
                <w:color w:val="000000"/>
                <w:sz w:val="20"/>
                <w:szCs w:val="20"/>
                <w:lang w:val="ru-RU"/>
              </w:rPr>
              <w:t>;</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Тестирование;</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Учи.ру</w:t>
            </w:r>
          </w:p>
        </w:tc>
      </w:tr>
      <w:tr w:rsidR="00874BE2" w:rsidRPr="0012630C">
        <w:trPr>
          <w:trHeight w:hRule="exact" w:val="92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1.15.</w:t>
            </w:r>
          </w:p>
        </w:tc>
        <w:tc>
          <w:tcPr>
            <w:tcW w:w="2906"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Числовые выражения; порядок действий.</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25.10.2022 26.10.2022</w:t>
            </w:r>
          </w:p>
        </w:tc>
        <w:tc>
          <w:tcPr>
            <w:tcW w:w="587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Выполнять арифметические действия с натуральными числами, вычислять значения числовых выражений со скобками и без скобок;</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 xml:space="preserve">Самооценка с </w:t>
            </w:r>
            <w:r w:rsidRPr="0012630C">
              <w:rPr>
                <w:rFonts w:ascii="Times New Roman" w:eastAsia="Times New Roman" w:hAnsi="Times New Roman"/>
                <w:color w:val="000000"/>
                <w:sz w:val="20"/>
                <w:szCs w:val="20"/>
                <w:lang w:val="ru-RU"/>
              </w:rPr>
              <w:br/>
              <w:t xml:space="preserve">использованием«Оценочного </w:t>
            </w:r>
            <w:r w:rsidRPr="0012630C">
              <w:rPr>
                <w:rFonts w:ascii="Times New Roman" w:eastAsia="Times New Roman" w:hAnsi="Times New Roman"/>
                <w:color w:val="000000"/>
                <w:sz w:val="20"/>
                <w:szCs w:val="20"/>
                <w:lang w:val="ru-RU"/>
              </w:rPr>
              <w:br/>
              <w:t>листа»;</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proofErr w:type="spellStart"/>
            <w:r w:rsidRPr="0012630C">
              <w:rPr>
                <w:rFonts w:ascii="Times New Roman" w:eastAsia="Times New Roman" w:hAnsi="Times New Roman"/>
                <w:color w:val="000000"/>
                <w:sz w:val="20"/>
                <w:szCs w:val="20"/>
                <w:lang w:val="ru-RU"/>
              </w:rPr>
              <w:t>нет</w:t>
            </w:r>
            <w:proofErr w:type="spellEnd"/>
          </w:p>
        </w:tc>
      </w:tr>
      <w:tr w:rsidR="00874BE2" w:rsidRPr="0012630C">
        <w:trPr>
          <w:trHeight w:hRule="exact" w:val="73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1.16.</w:t>
            </w:r>
          </w:p>
        </w:tc>
        <w:tc>
          <w:tcPr>
            <w:tcW w:w="2906"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 xml:space="preserve">Решение текстовых задач на все </w:t>
            </w:r>
            <w:r w:rsidRPr="0012630C">
              <w:rPr>
                <w:rFonts w:ascii="Times New Roman" w:eastAsia="Times New Roman" w:hAnsi="Times New Roman"/>
                <w:color w:val="000000"/>
                <w:sz w:val="20"/>
                <w:szCs w:val="20"/>
                <w:lang w:val="ru-RU"/>
              </w:rPr>
              <w:br/>
              <w:t>арифметические действия, на движение и покупки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3</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1</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27.10.2022 31.10.2022</w:t>
            </w:r>
          </w:p>
        </w:tc>
        <w:tc>
          <w:tcPr>
            <w:tcW w:w="587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Решать задачи с помощью перебора всех возможных вариантов;</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proofErr w:type="spellStart"/>
            <w:r w:rsidRPr="0012630C">
              <w:rPr>
                <w:rFonts w:ascii="Times New Roman" w:eastAsia="Times New Roman" w:hAnsi="Times New Roman"/>
                <w:color w:val="000000"/>
                <w:sz w:val="20"/>
                <w:szCs w:val="20"/>
                <w:lang w:val="ru-RU"/>
              </w:rPr>
              <w:t>Контрольная</w:t>
            </w:r>
            <w:proofErr w:type="spellEnd"/>
            <w:r w:rsidRPr="0012630C">
              <w:rPr>
                <w:rFonts w:ascii="Times New Roman" w:eastAsia="Times New Roman" w:hAnsi="Times New Roman"/>
                <w:color w:val="000000"/>
                <w:sz w:val="20"/>
                <w:szCs w:val="20"/>
                <w:lang w:val="ru-RU"/>
              </w:rPr>
              <w:t xml:space="preserve"> </w:t>
            </w:r>
            <w:proofErr w:type="spellStart"/>
            <w:r w:rsidRPr="0012630C">
              <w:rPr>
                <w:rFonts w:ascii="Times New Roman" w:eastAsia="Times New Roman" w:hAnsi="Times New Roman"/>
                <w:color w:val="000000"/>
                <w:sz w:val="20"/>
                <w:szCs w:val="20"/>
                <w:lang w:val="ru-RU"/>
              </w:rPr>
              <w:t>работа</w:t>
            </w:r>
            <w:proofErr w:type="spellEnd"/>
            <w:r w:rsidRPr="0012630C">
              <w:rPr>
                <w:rFonts w:ascii="Times New Roman" w:eastAsia="Times New Roman" w:hAnsi="Times New Roman"/>
                <w:color w:val="000000"/>
                <w:sz w:val="20"/>
                <w:szCs w:val="20"/>
                <w:lang w:val="ru-RU"/>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РЭШ</w:t>
            </w:r>
          </w:p>
        </w:tc>
      </w:tr>
      <w:tr w:rsidR="00874BE2" w:rsidRPr="0012630C">
        <w:trPr>
          <w:trHeight w:hRule="exact" w:val="348"/>
        </w:trPr>
        <w:tc>
          <w:tcPr>
            <w:tcW w:w="337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43</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874BE2" w:rsidP="0012630C">
            <w:pPr>
              <w:autoSpaceDE w:val="0"/>
              <w:autoSpaceDN w:val="0"/>
              <w:spacing w:before="76" w:after="0" w:line="233" w:lineRule="auto"/>
              <w:jc w:val="center"/>
              <w:rPr>
                <w:rFonts w:ascii="Times New Roman" w:eastAsia="Times New Roman" w:hAnsi="Times New Roman"/>
                <w:color w:val="000000"/>
                <w:sz w:val="20"/>
                <w:szCs w:val="20"/>
                <w:lang w:val="ru-RU"/>
              </w:rPr>
            </w:pP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874BE2" w:rsidP="0012630C">
            <w:pPr>
              <w:autoSpaceDE w:val="0"/>
              <w:autoSpaceDN w:val="0"/>
              <w:spacing w:before="76" w:after="0" w:line="233" w:lineRule="auto"/>
              <w:jc w:val="center"/>
              <w:rPr>
                <w:rFonts w:ascii="Times New Roman" w:eastAsia="Times New Roman" w:hAnsi="Times New Roman"/>
                <w:color w:val="000000"/>
                <w:sz w:val="20"/>
                <w:szCs w:val="20"/>
                <w:lang w:val="ru-RU"/>
              </w:rPr>
            </w:pP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874BE2" w:rsidP="0012630C">
            <w:pPr>
              <w:autoSpaceDE w:val="0"/>
              <w:autoSpaceDN w:val="0"/>
              <w:spacing w:before="76" w:after="0" w:line="233" w:lineRule="auto"/>
              <w:jc w:val="center"/>
              <w:rPr>
                <w:rFonts w:ascii="Times New Roman" w:eastAsia="Times New Roman" w:hAnsi="Times New Roman"/>
                <w:color w:val="000000"/>
                <w:sz w:val="20"/>
                <w:szCs w:val="20"/>
                <w:lang w:val="ru-RU"/>
              </w:rPr>
            </w:pPr>
          </w:p>
        </w:tc>
        <w:tc>
          <w:tcPr>
            <w:tcW w:w="587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874BE2" w:rsidP="0012630C">
            <w:pPr>
              <w:autoSpaceDE w:val="0"/>
              <w:autoSpaceDN w:val="0"/>
              <w:spacing w:before="76" w:after="0" w:line="233" w:lineRule="auto"/>
              <w:jc w:val="center"/>
              <w:rPr>
                <w:rFonts w:ascii="Times New Roman" w:eastAsia="Times New Roman" w:hAnsi="Times New Roman"/>
                <w:color w:val="000000"/>
                <w:sz w:val="20"/>
                <w:szCs w:val="20"/>
                <w:lang w:val="ru-RU"/>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874BE2" w:rsidP="0012630C">
            <w:pPr>
              <w:autoSpaceDE w:val="0"/>
              <w:autoSpaceDN w:val="0"/>
              <w:spacing w:before="76" w:after="0" w:line="233" w:lineRule="auto"/>
              <w:jc w:val="center"/>
              <w:rPr>
                <w:rFonts w:ascii="Times New Roman" w:eastAsia="Times New Roman" w:hAnsi="Times New Roman"/>
                <w:color w:val="000000"/>
                <w:sz w:val="20"/>
                <w:szCs w:val="20"/>
                <w:lang w:val="ru-RU"/>
              </w:rPr>
            </w:pP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874BE2" w:rsidP="0012630C">
            <w:pPr>
              <w:autoSpaceDE w:val="0"/>
              <w:autoSpaceDN w:val="0"/>
              <w:spacing w:before="76" w:after="0" w:line="233" w:lineRule="auto"/>
              <w:jc w:val="center"/>
              <w:rPr>
                <w:rFonts w:ascii="Times New Roman" w:eastAsia="Times New Roman" w:hAnsi="Times New Roman"/>
                <w:color w:val="000000"/>
                <w:sz w:val="20"/>
                <w:szCs w:val="20"/>
                <w:lang w:val="ru-RU"/>
              </w:rPr>
            </w:pPr>
          </w:p>
        </w:tc>
      </w:tr>
      <w:tr w:rsidR="00874BE2" w:rsidRPr="00092668">
        <w:trPr>
          <w:trHeight w:hRule="exact" w:val="34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9D03A9" w:rsidRDefault="00CF7AB1">
            <w:pPr>
              <w:autoSpaceDE w:val="0"/>
              <w:autoSpaceDN w:val="0"/>
              <w:spacing w:before="76" w:after="0" w:line="233" w:lineRule="auto"/>
              <w:ind w:left="72"/>
              <w:rPr>
                <w:lang w:val="ru-RU"/>
              </w:rPr>
            </w:pPr>
            <w:r w:rsidRPr="009D03A9">
              <w:rPr>
                <w:rFonts w:ascii="Times New Roman" w:eastAsia="Times New Roman" w:hAnsi="Times New Roman"/>
                <w:color w:val="000000"/>
                <w:w w:val="97"/>
                <w:sz w:val="16"/>
                <w:lang w:val="ru-RU"/>
              </w:rPr>
              <w:t xml:space="preserve">Раздел 2. </w:t>
            </w:r>
            <w:r w:rsidRPr="009D03A9">
              <w:rPr>
                <w:rFonts w:ascii="Times New Roman" w:eastAsia="Times New Roman" w:hAnsi="Times New Roman"/>
                <w:b/>
                <w:color w:val="221F1F"/>
                <w:w w:val="97"/>
                <w:sz w:val="16"/>
                <w:lang w:val="ru-RU"/>
              </w:rPr>
              <w:t>Наглядная геометрия. Линии на плоскости</w:t>
            </w:r>
          </w:p>
        </w:tc>
      </w:tr>
      <w:tr w:rsidR="00874BE2">
        <w:trPr>
          <w:trHeight w:hRule="exact" w:val="73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2.1.</w:t>
            </w:r>
          </w:p>
        </w:tc>
        <w:tc>
          <w:tcPr>
            <w:tcW w:w="2906"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Точка, прямая, отрезок, луч.</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45"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07.11.2022 08.11.2022</w:t>
            </w:r>
          </w:p>
        </w:tc>
        <w:tc>
          <w:tcPr>
            <w:tcW w:w="587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50" w:lineRule="auto"/>
              <w:ind w:left="72" w:right="288"/>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Изображать конфигурации геометрических фигур из отрезков, окружностей, их частей на нелинованной и клетчатой бумаге; предлагать, описывать и обсуждать способы, алгоритмы построения;</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45" w:lineRule="auto"/>
              <w:ind w:left="72" w:right="144"/>
              <w:rPr>
                <w:rFonts w:ascii="Times New Roman" w:eastAsia="Times New Roman" w:hAnsi="Times New Roman"/>
                <w:color w:val="000000"/>
                <w:sz w:val="20"/>
                <w:szCs w:val="20"/>
                <w:lang w:val="ru-RU"/>
              </w:rPr>
            </w:pPr>
            <w:proofErr w:type="spellStart"/>
            <w:r w:rsidRPr="0012630C">
              <w:rPr>
                <w:rFonts w:ascii="Times New Roman" w:eastAsia="Times New Roman" w:hAnsi="Times New Roman"/>
                <w:color w:val="000000"/>
                <w:sz w:val="20"/>
                <w:szCs w:val="20"/>
                <w:lang w:val="ru-RU"/>
              </w:rPr>
              <w:t>Практическая</w:t>
            </w:r>
            <w:proofErr w:type="spellEnd"/>
            <w:r w:rsidRPr="0012630C">
              <w:rPr>
                <w:rFonts w:ascii="Times New Roman" w:eastAsia="Times New Roman" w:hAnsi="Times New Roman"/>
                <w:color w:val="000000"/>
                <w:sz w:val="20"/>
                <w:szCs w:val="20"/>
                <w:lang w:val="ru-RU"/>
              </w:rPr>
              <w:t xml:space="preserve"> </w:t>
            </w:r>
            <w:proofErr w:type="spellStart"/>
            <w:r w:rsidRPr="0012630C">
              <w:rPr>
                <w:rFonts w:ascii="Times New Roman" w:eastAsia="Times New Roman" w:hAnsi="Times New Roman"/>
                <w:color w:val="000000"/>
                <w:sz w:val="20"/>
                <w:szCs w:val="20"/>
                <w:lang w:val="ru-RU"/>
              </w:rPr>
              <w:t>работа</w:t>
            </w:r>
            <w:proofErr w:type="spellEnd"/>
            <w:r w:rsidRPr="0012630C">
              <w:rPr>
                <w:rFonts w:ascii="Times New Roman" w:eastAsia="Times New Roman" w:hAnsi="Times New Roman"/>
                <w:color w:val="000000"/>
                <w:sz w:val="20"/>
                <w:szCs w:val="20"/>
                <w:lang w:val="ru-RU"/>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Учи.ру</w:t>
            </w:r>
          </w:p>
        </w:tc>
      </w:tr>
      <w:tr w:rsidR="00874BE2">
        <w:trPr>
          <w:trHeight w:hRule="exact" w:val="92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2.2.</w:t>
            </w:r>
          </w:p>
        </w:tc>
        <w:tc>
          <w:tcPr>
            <w:tcW w:w="2906"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 xml:space="preserve">Ломаная.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09.11.2022</w:t>
            </w:r>
          </w:p>
        </w:tc>
        <w:tc>
          <w:tcPr>
            <w:tcW w:w="587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ind w:left="72" w:right="288"/>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Изображать конфигурации геометрических фигур из отрезков, окружностей, их частей на нелинованной и клетчатой бумаге; предлагать, описывать и обсуждать способы, алгоритмы построения;</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 xml:space="preserve">Самооценка с </w:t>
            </w:r>
            <w:r w:rsidRPr="0012630C">
              <w:rPr>
                <w:rFonts w:ascii="Times New Roman" w:eastAsia="Times New Roman" w:hAnsi="Times New Roman"/>
                <w:color w:val="000000"/>
                <w:sz w:val="20"/>
                <w:szCs w:val="20"/>
                <w:lang w:val="ru-RU"/>
              </w:rPr>
              <w:br/>
              <w:t xml:space="preserve">использованием«Оценочного </w:t>
            </w:r>
            <w:r w:rsidRPr="0012630C">
              <w:rPr>
                <w:rFonts w:ascii="Times New Roman" w:eastAsia="Times New Roman" w:hAnsi="Times New Roman"/>
                <w:color w:val="000000"/>
                <w:sz w:val="20"/>
                <w:szCs w:val="20"/>
                <w:lang w:val="ru-RU"/>
              </w:rPr>
              <w:br/>
              <w:t>листа»;</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Учи.ру</w:t>
            </w:r>
          </w:p>
        </w:tc>
      </w:tr>
      <w:tr w:rsidR="00874BE2">
        <w:trPr>
          <w:trHeight w:hRule="exact" w:val="54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2.3.</w:t>
            </w:r>
          </w:p>
        </w:tc>
        <w:tc>
          <w:tcPr>
            <w:tcW w:w="2906"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ind w:left="72" w:right="144"/>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Измерение длины отрезка, метрические единицы измерения длины.</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3</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10.11.2022 14.11.2022</w:t>
            </w:r>
          </w:p>
        </w:tc>
        <w:tc>
          <w:tcPr>
            <w:tcW w:w="587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Вычислять длины отрезков, ломаных;</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ind w:left="72" w:right="144"/>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Практическая работа;</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EF02F9" w:rsidP="0012630C">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РЭШ</w:t>
            </w:r>
          </w:p>
        </w:tc>
      </w:tr>
      <w:tr w:rsidR="00874BE2">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2.4.</w:t>
            </w:r>
          </w:p>
        </w:tc>
        <w:tc>
          <w:tcPr>
            <w:tcW w:w="2906"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Окружность и круг.</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3</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15.11.2022 17.11.2022</w:t>
            </w:r>
          </w:p>
        </w:tc>
        <w:tc>
          <w:tcPr>
            <w:tcW w:w="587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ind w:left="72" w:right="43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Распознавать, приводить примеры объектов реального мира, имеющих форму изученных фигур, оценивать их линейные размеры;</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ind w:left="72"/>
              <w:rPr>
                <w:rFonts w:ascii="Times New Roman" w:eastAsia="Times New Roman" w:hAnsi="Times New Roman"/>
                <w:color w:val="000000"/>
                <w:sz w:val="20"/>
                <w:szCs w:val="20"/>
                <w:lang w:val="ru-RU"/>
              </w:rPr>
            </w:pPr>
            <w:proofErr w:type="spellStart"/>
            <w:r w:rsidRPr="0012630C">
              <w:rPr>
                <w:rFonts w:ascii="Times New Roman" w:eastAsia="Times New Roman" w:hAnsi="Times New Roman"/>
                <w:color w:val="000000"/>
                <w:sz w:val="20"/>
                <w:szCs w:val="20"/>
                <w:lang w:val="ru-RU"/>
              </w:rPr>
              <w:t>Тестирование</w:t>
            </w:r>
            <w:proofErr w:type="spellEnd"/>
            <w:r w:rsidRPr="0012630C">
              <w:rPr>
                <w:rFonts w:ascii="Times New Roman" w:eastAsia="Times New Roman" w:hAnsi="Times New Roman"/>
                <w:color w:val="000000"/>
                <w:sz w:val="20"/>
                <w:szCs w:val="20"/>
                <w:lang w:val="ru-RU"/>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Учи.ру</w:t>
            </w:r>
          </w:p>
        </w:tc>
      </w:tr>
      <w:tr w:rsidR="00874BE2">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2.5.</w:t>
            </w:r>
          </w:p>
        </w:tc>
        <w:tc>
          <w:tcPr>
            <w:tcW w:w="2906"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45"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Практическая работа «Построение узора из окружностей».</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18.11.2022</w:t>
            </w:r>
          </w:p>
        </w:tc>
        <w:tc>
          <w:tcPr>
            <w:tcW w:w="587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Исследовать фигуры и конфигурации, используя цифровые ресурсы;</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45" w:lineRule="auto"/>
              <w:ind w:left="72" w:right="144"/>
              <w:rPr>
                <w:rFonts w:ascii="Times New Roman" w:eastAsia="Times New Roman" w:hAnsi="Times New Roman"/>
                <w:color w:val="000000"/>
                <w:sz w:val="20"/>
                <w:szCs w:val="20"/>
                <w:lang w:val="ru-RU"/>
              </w:rPr>
            </w:pPr>
            <w:proofErr w:type="spellStart"/>
            <w:r w:rsidRPr="0012630C">
              <w:rPr>
                <w:rFonts w:ascii="Times New Roman" w:eastAsia="Times New Roman" w:hAnsi="Times New Roman"/>
                <w:color w:val="000000"/>
                <w:sz w:val="20"/>
                <w:szCs w:val="20"/>
                <w:lang w:val="ru-RU"/>
              </w:rPr>
              <w:t>Практическая</w:t>
            </w:r>
            <w:proofErr w:type="spellEnd"/>
            <w:r w:rsidRPr="0012630C">
              <w:rPr>
                <w:rFonts w:ascii="Times New Roman" w:eastAsia="Times New Roman" w:hAnsi="Times New Roman"/>
                <w:color w:val="000000"/>
                <w:sz w:val="20"/>
                <w:szCs w:val="20"/>
                <w:lang w:val="ru-RU"/>
              </w:rPr>
              <w:t xml:space="preserve"> </w:t>
            </w:r>
            <w:proofErr w:type="spellStart"/>
            <w:r w:rsidRPr="0012630C">
              <w:rPr>
                <w:rFonts w:ascii="Times New Roman" w:eastAsia="Times New Roman" w:hAnsi="Times New Roman"/>
                <w:color w:val="000000"/>
                <w:sz w:val="20"/>
                <w:szCs w:val="20"/>
                <w:lang w:val="ru-RU"/>
              </w:rPr>
              <w:t>работа</w:t>
            </w:r>
            <w:proofErr w:type="spellEnd"/>
            <w:r w:rsidRPr="0012630C">
              <w:rPr>
                <w:rFonts w:ascii="Times New Roman" w:eastAsia="Times New Roman" w:hAnsi="Times New Roman"/>
                <w:color w:val="000000"/>
                <w:sz w:val="20"/>
                <w:szCs w:val="20"/>
                <w:lang w:val="ru-RU"/>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EF02F9">
            <w:pPr>
              <w:autoSpaceDE w:val="0"/>
              <w:autoSpaceDN w:val="0"/>
              <w:spacing w:before="76" w:after="0" w:line="233" w:lineRule="auto"/>
              <w:ind w:left="72"/>
              <w:rPr>
                <w:rFonts w:ascii="Times New Roman" w:eastAsia="Times New Roman" w:hAnsi="Times New Roman"/>
                <w:color w:val="000000"/>
                <w:sz w:val="20"/>
                <w:szCs w:val="20"/>
                <w:lang w:val="ru-RU"/>
              </w:rPr>
            </w:pPr>
            <w:proofErr w:type="spellStart"/>
            <w:r w:rsidRPr="0012630C">
              <w:rPr>
                <w:rFonts w:ascii="Times New Roman" w:eastAsia="Times New Roman" w:hAnsi="Times New Roman"/>
                <w:color w:val="000000"/>
                <w:sz w:val="20"/>
                <w:szCs w:val="20"/>
                <w:lang w:val="ru-RU"/>
              </w:rPr>
              <w:t>Видеоурок</w:t>
            </w:r>
            <w:proofErr w:type="spellEnd"/>
          </w:p>
        </w:tc>
      </w:tr>
      <w:tr w:rsidR="00874BE2">
        <w:trPr>
          <w:trHeight w:hRule="exact" w:val="92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lastRenderedPageBreak/>
              <w:t>2.6.</w:t>
            </w:r>
          </w:p>
        </w:tc>
        <w:tc>
          <w:tcPr>
            <w:tcW w:w="2906"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 xml:space="preserve">Угол.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21.11.2022</w:t>
            </w:r>
          </w:p>
        </w:tc>
        <w:tc>
          <w:tcPr>
            <w:tcW w:w="587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50"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Использовать линейку и транспортир как инструменты для построения и измерения: измерять длину от резка, величину угла; строить отрезок заданной длины, угол, заданной величины; откладывать циркулем равные отрезки, строить окружность заданного радиуса;</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45" w:lineRule="auto"/>
              <w:ind w:left="72" w:right="144"/>
              <w:rPr>
                <w:rFonts w:ascii="Times New Roman" w:eastAsia="Times New Roman" w:hAnsi="Times New Roman"/>
                <w:color w:val="000000"/>
                <w:sz w:val="20"/>
                <w:szCs w:val="20"/>
                <w:lang w:val="ru-RU"/>
              </w:rPr>
            </w:pPr>
            <w:proofErr w:type="spellStart"/>
            <w:r w:rsidRPr="0012630C">
              <w:rPr>
                <w:rFonts w:ascii="Times New Roman" w:eastAsia="Times New Roman" w:hAnsi="Times New Roman"/>
                <w:color w:val="000000"/>
                <w:sz w:val="20"/>
                <w:szCs w:val="20"/>
                <w:lang w:val="ru-RU"/>
              </w:rPr>
              <w:t>Практическая</w:t>
            </w:r>
            <w:proofErr w:type="spellEnd"/>
            <w:r w:rsidRPr="0012630C">
              <w:rPr>
                <w:rFonts w:ascii="Times New Roman" w:eastAsia="Times New Roman" w:hAnsi="Times New Roman"/>
                <w:color w:val="000000"/>
                <w:sz w:val="20"/>
                <w:szCs w:val="20"/>
                <w:lang w:val="ru-RU"/>
              </w:rPr>
              <w:t xml:space="preserve"> </w:t>
            </w:r>
            <w:proofErr w:type="spellStart"/>
            <w:r w:rsidRPr="0012630C">
              <w:rPr>
                <w:rFonts w:ascii="Times New Roman" w:eastAsia="Times New Roman" w:hAnsi="Times New Roman"/>
                <w:color w:val="000000"/>
                <w:sz w:val="20"/>
                <w:szCs w:val="20"/>
                <w:lang w:val="ru-RU"/>
              </w:rPr>
              <w:t>работа</w:t>
            </w:r>
            <w:proofErr w:type="spellEnd"/>
            <w:r w:rsidRPr="0012630C">
              <w:rPr>
                <w:rFonts w:ascii="Times New Roman" w:eastAsia="Times New Roman" w:hAnsi="Times New Roman"/>
                <w:color w:val="000000"/>
                <w:sz w:val="20"/>
                <w:szCs w:val="20"/>
                <w:lang w:val="ru-RU"/>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Default="00CF7AB1">
            <w:pPr>
              <w:autoSpaceDE w:val="0"/>
              <w:autoSpaceDN w:val="0"/>
              <w:spacing w:before="76" w:after="0" w:line="233" w:lineRule="auto"/>
              <w:ind w:left="72"/>
            </w:pPr>
            <w:r>
              <w:rPr>
                <w:rFonts w:ascii="Times New Roman" w:eastAsia="Times New Roman" w:hAnsi="Times New Roman"/>
                <w:color w:val="000000"/>
                <w:w w:val="97"/>
                <w:sz w:val="16"/>
              </w:rPr>
              <w:t>Учи.ру</w:t>
            </w:r>
          </w:p>
        </w:tc>
      </w:tr>
      <w:tr w:rsidR="00874BE2">
        <w:trPr>
          <w:trHeight w:hRule="exact" w:val="92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2.7.</w:t>
            </w:r>
          </w:p>
        </w:tc>
        <w:tc>
          <w:tcPr>
            <w:tcW w:w="2906"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ind w:left="72" w:right="144"/>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Прямой, острый, тупой и развёрнутый углы.</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22.11.2022</w:t>
            </w:r>
          </w:p>
        </w:tc>
        <w:tc>
          <w:tcPr>
            <w:tcW w:w="587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Использовать линейку и транспортир как инструменты для построения и измерения: измерять длину от резка, величину угла; строить отрезок заданной длины, угол, заданной величины; откладывать циркулем равные отрезки, строить окружность заданного радиуса;</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ind w:left="72" w:right="144"/>
              <w:rPr>
                <w:rFonts w:ascii="Times New Roman" w:eastAsia="Times New Roman" w:hAnsi="Times New Roman"/>
                <w:color w:val="000000"/>
                <w:sz w:val="20"/>
                <w:szCs w:val="20"/>
                <w:lang w:val="ru-RU"/>
              </w:rPr>
            </w:pPr>
            <w:proofErr w:type="spellStart"/>
            <w:r w:rsidRPr="0012630C">
              <w:rPr>
                <w:rFonts w:ascii="Times New Roman" w:eastAsia="Times New Roman" w:hAnsi="Times New Roman"/>
                <w:color w:val="000000"/>
                <w:sz w:val="20"/>
                <w:szCs w:val="20"/>
                <w:lang w:val="ru-RU"/>
              </w:rPr>
              <w:t>Практическая</w:t>
            </w:r>
            <w:proofErr w:type="spellEnd"/>
            <w:r w:rsidRPr="0012630C">
              <w:rPr>
                <w:rFonts w:ascii="Times New Roman" w:eastAsia="Times New Roman" w:hAnsi="Times New Roman"/>
                <w:color w:val="000000"/>
                <w:sz w:val="20"/>
                <w:szCs w:val="20"/>
                <w:lang w:val="ru-RU"/>
              </w:rPr>
              <w:t xml:space="preserve"> </w:t>
            </w:r>
            <w:proofErr w:type="spellStart"/>
            <w:r w:rsidRPr="0012630C">
              <w:rPr>
                <w:rFonts w:ascii="Times New Roman" w:eastAsia="Times New Roman" w:hAnsi="Times New Roman"/>
                <w:color w:val="000000"/>
                <w:sz w:val="20"/>
                <w:szCs w:val="20"/>
                <w:lang w:val="ru-RU"/>
              </w:rPr>
              <w:t>работа</w:t>
            </w:r>
            <w:proofErr w:type="spellEnd"/>
            <w:r w:rsidRPr="0012630C">
              <w:rPr>
                <w:rFonts w:ascii="Times New Roman" w:eastAsia="Times New Roman" w:hAnsi="Times New Roman"/>
                <w:color w:val="000000"/>
                <w:sz w:val="20"/>
                <w:szCs w:val="20"/>
                <w:lang w:val="ru-RU"/>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Default="00CF7AB1">
            <w:pPr>
              <w:autoSpaceDE w:val="0"/>
              <w:autoSpaceDN w:val="0"/>
              <w:spacing w:before="78" w:after="0" w:line="230" w:lineRule="auto"/>
              <w:ind w:left="72"/>
            </w:pPr>
            <w:r>
              <w:rPr>
                <w:rFonts w:ascii="Times New Roman" w:eastAsia="Times New Roman" w:hAnsi="Times New Roman"/>
                <w:color w:val="000000"/>
                <w:w w:val="97"/>
                <w:sz w:val="16"/>
              </w:rPr>
              <w:t>нет</w:t>
            </w:r>
          </w:p>
        </w:tc>
      </w:tr>
      <w:tr w:rsidR="00874BE2">
        <w:trPr>
          <w:trHeight w:hRule="exact" w:val="54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2.8.</w:t>
            </w:r>
          </w:p>
        </w:tc>
        <w:tc>
          <w:tcPr>
            <w:tcW w:w="2906"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Измерение углов.</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1</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23.11.2022</w:t>
            </w:r>
          </w:p>
        </w:tc>
        <w:tc>
          <w:tcPr>
            <w:tcW w:w="587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ind w:left="72" w:right="288"/>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Распознавать и изображать на нелинованной и клетчатой бумаге прямой, острый, тупой, развёрнутый углы; сравнивать углы;</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ind w:left="72" w:right="288"/>
              <w:rPr>
                <w:rFonts w:ascii="Times New Roman" w:eastAsia="Times New Roman" w:hAnsi="Times New Roman"/>
                <w:color w:val="000000"/>
                <w:sz w:val="20"/>
                <w:szCs w:val="20"/>
                <w:lang w:val="ru-RU"/>
              </w:rPr>
            </w:pPr>
            <w:proofErr w:type="spellStart"/>
            <w:r w:rsidRPr="0012630C">
              <w:rPr>
                <w:rFonts w:ascii="Times New Roman" w:eastAsia="Times New Roman" w:hAnsi="Times New Roman"/>
                <w:color w:val="000000"/>
                <w:sz w:val="20"/>
                <w:szCs w:val="20"/>
                <w:lang w:val="ru-RU"/>
              </w:rPr>
              <w:t>Контрольная</w:t>
            </w:r>
            <w:proofErr w:type="spellEnd"/>
            <w:r w:rsidRPr="0012630C">
              <w:rPr>
                <w:rFonts w:ascii="Times New Roman" w:eastAsia="Times New Roman" w:hAnsi="Times New Roman"/>
                <w:color w:val="000000"/>
                <w:sz w:val="20"/>
                <w:szCs w:val="20"/>
                <w:lang w:val="ru-RU"/>
              </w:rPr>
              <w:t xml:space="preserve"> </w:t>
            </w:r>
            <w:proofErr w:type="spellStart"/>
            <w:r w:rsidRPr="0012630C">
              <w:rPr>
                <w:rFonts w:ascii="Times New Roman" w:eastAsia="Times New Roman" w:hAnsi="Times New Roman"/>
                <w:color w:val="000000"/>
                <w:sz w:val="20"/>
                <w:szCs w:val="20"/>
                <w:lang w:val="ru-RU"/>
              </w:rPr>
              <w:t>работа</w:t>
            </w:r>
            <w:proofErr w:type="spellEnd"/>
            <w:r w:rsidRPr="0012630C">
              <w:rPr>
                <w:rFonts w:ascii="Times New Roman" w:eastAsia="Times New Roman" w:hAnsi="Times New Roman"/>
                <w:color w:val="000000"/>
                <w:sz w:val="20"/>
                <w:szCs w:val="20"/>
                <w:lang w:val="ru-RU"/>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Default="00CF7AB1">
            <w:pPr>
              <w:autoSpaceDE w:val="0"/>
              <w:autoSpaceDN w:val="0"/>
              <w:spacing w:before="78" w:after="0" w:line="230" w:lineRule="auto"/>
              <w:ind w:left="72"/>
            </w:pPr>
            <w:r>
              <w:rPr>
                <w:rFonts w:ascii="Times New Roman" w:eastAsia="Times New Roman" w:hAnsi="Times New Roman"/>
                <w:color w:val="000000"/>
                <w:w w:val="97"/>
                <w:sz w:val="16"/>
              </w:rPr>
              <w:t>Учи.ру</w:t>
            </w:r>
          </w:p>
        </w:tc>
      </w:tr>
      <w:tr w:rsidR="00874BE2">
        <w:trPr>
          <w:trHeight w:hRule="exact" w:val="92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2.9.</w:t>
            </w:r>
          </w:p>
        </w:tc>
        <w:tc>
          <w:tcPr>
            <w:tcW w:w="2906"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 xml:space="preserve">Практическая работа «Построение </w:t>
            </w:r>
            <w:r w:rsidRPr="0012630C">
              <w:rPr>
                <w:rFonts w:ascii="Times New Roman" w:eastAsia="Times New Roman" w:hAnsi="Times New Roman"/>
                <w:color w:val="000000"/>
                <w:sz w:val="20"/>
                <w:szCs w:val="20"/>
                <w:lang w:val="ru-RU"/>
              </w:rPr>
              <w:br/>
              <w:t>углов»</w:t>
            </w:r>
            <w:r w:rsidR="004851B3" w:rsidRPr="0012630C">
              <w:rPr>
                <w:rFonts w:ascii="Times New Roman" w:eastAsia="Times New Roman" w:hAnsi="Times New Roman"/>
                <w:color w:val="000000"/>
                <w:sz w:val="20"/>
                <w:szCs w:val="20"/>
                <w:lang w:val="ru-RU"/>
              </w:rPr>
              <w:t xml:space="preserve"> </w:t>
            </w:r>
            <w:r w:rsidRPr="0012630C">
              <w:rPr>
                <w:rFonts w:ascii="Times New Roman" w:eastAsia="Times New Roman" w:hAnsi="Times New Roman"/>
                <w:color w:val="000000"/>
                <w:sz w:val="20"/>
                <w:szCs w:val="20"/>
                <w:lang w:val="ru-RU"/>
              </w:rPr>
              <w:t>Практическая работа «Построение углов»</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24.11.2022</w:t>
            </w:r>
          </w:p>
        </w:tc>
        <w:tc>
          <w:tcPr>
            <w:tcW w:w="587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Использовать линейку и транспортир как инструменты для построения и измерения: измерять длину от резка, величину угла; строить отрезок заданной длины, угол, заданной величины; откладывать циркулем равные отрезки, строить окружность заданного радиуса;</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ind w:left="72"/>
              <w:rPr>
                <w:rFonts w:ascii="Times New Roman" w:eastAsia="Times New Roman" w:hAnsi="Times New Roman"/>
                <w:color w:val="000000"/>
                <w:sz w:val="20"/>
                <w:szCs w:val="20"/>
                <w:lang w:val="ru-RU"/>
              </w:rPr>
            </w:pPr>
            <w:proofErr w:type="spellStart"/>
            <w:r w:rsidRPr="0012630C">
              <w:rPr>
                <w:rFonts w:ascii="Times New Roman" w:eastAsia="Times New Roman" w:hAnsi="Times New Roman"/>
                <w:color w:val="000000"/>
                <w:sz w:val="20"/>
                <w:szCs w:val="20"/>
                <w:lang w:val="ru-RU"/>
              </w:rPr>
              <w:t>Тестирование</w:t>
            </w:r>
            <w:proofErr w:type="spellEnd"/>
            <w:r w:rsidRPr="0012630C">
              <w:rPr>
                <w:rFonts w:ascii="Times New Roman" w:eastAsia="Times New Roman" w:hAnsi="Times New Roman"/>
                <w:color w:val="000000"/>
                <w:sz w:val="20"/>
                <w:szCs w:val="20"/>
                <w:lang w:val="ru-RU"/>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Default="00CF7AB1">
            <w:pPr>
              <w:autoSpaceDE w:val="0"/>
              <w:autoSpaceDN w:val="0"/>
              <w:spacing w:before="78" w:after="0" w:line="230" w:lineRule="auto"/>
              <w:ind w:left="72"/>
            </w:pPr>
            <w:r>
              <w:rPr>
                <w:rFonts w:ascii="Times New Roman" w:eastAsia="Times New Roman" w:hAnsi="Times New Roman"/>
                <w:color w:val="000000"/>
                <w:w w:val="97"/>
                <w:sz w:val="16"/>
              </w:rPr>
              <w:t>Учи.ру</w:t>
            </w:r>
          </w:p>
        </w:tc>
      </w:tr>
      <w:tr w:rsidR="00874BE2">
        <w:trPr>
          <w:trHeight w:hRule="exact" w:val="348"/>
        </w:trPr>
        <w:tc>
          <w:tcPr>
            <w:tcW w:w="337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14</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874BE2" w:rsidP="0012630C">
            <w:pPr>
              <w:jc w:val="center"/>
              <w:rPr>
                <w:rFonts w:ascii="Times New Roman" w:eastAsia="Times New Roman" w:hAnsi="Times New Roman"/>
                <w:color w:val="000000"/>
                <w:sz w:val="20"/>
                <w:szCs w:val="20"/>
                <w:lang w:val="ru-RU"/>
              </w:rPr>
            </w:pP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874BE2" w:rsidP="0012630C">
            <w:pPr>
              <w:jc w:val="center"/>
              <w:rPr>
                <w:rFonts w:ascii="Times New Roman" w:eastAsia="Times New Roman" w:hAnsi="Times New Roman"/>
                <w:color w:val="000000"/>
                <w:sz w:val="20"/>
                <w:szCs w:val="20"/>
                <w:lang w:val="ru-RU"/>
              </w:rPr>
            </w:pP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874BE2" w:rsidP="0012630C">
            <w:pPr>
              <w:jc w:val="center"/>
              <w:rPr>
                <w:rFonts w:ascii="Times New Roman" w:eastAsia="Times New Roman" w:hAnsi="Times New Roman"/>
                <w:color w:val="000000"/>
                <w:sz w:val="20"/>
                <w:szCs w:val="20"/>
                <w:lang w:val="ru-RU"/>
              </w:rPr>
            </w:pPr>
          </w:p>
        </w:tc>
        <w:tc>
          <w:tcPr>
            <w:tcW w:w="587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874BE2" w:rsidP="0012630C">
            <w:pPr>
              <w:jc w:val="center"/>
              <w:rPr>
                <w:rFonts w:ascii="Times New Roman" w:eastAsia="Times New Roman" w:hAnsi="Times New Roman"/>
                <w:color w:val="000000"/>
                <w:sz w:val="20"/>
                <w:szCs w:val="20"/>
                <w:lang w:val="ru-RU"/>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874BE2" w:rsidP="0012630C">
            <w:pPr>
              <w:jc w:val="center"/>
              <w:rPr>
                <w:rFonts w:ascii="Times New Roman" w:eastAsia="Times New Roman" w:hAnsi="Times New Roman"/>
                <w:color w:val="000000"/>
                <w:sz w:val="20"/>
                <w:szCs w:val="20"/>
                <w:lang w:val="ru-RU"/>
              </w:rPr>
            </w:pP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Default="00874BE2"/>
        </w:tc>
      </w:tr>
      <w:tr w:rsidR="00874BE2">
        <w:trPr>
          <w:trHeight w:hRule="exact" w:val="34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Default="00CF7AB1">
            <w:pPr>
              <w:autoSpaceDE w:val="0"/>
              <w:autoSpaceDN w:val="0"/>
              <w:spacing w:before="76" w:after="0" w:line="233" w:lineRule="auto"/>
              <w:ind w:left="72"/>
            </w:pPr>
            <w:r>
              <w:rPr>
                <w:rFonts w:ascii="Times New Roman" w:eastAsia="Times New Roman" w:hAnsi="Times New Roman"/>
                <w:color w:val="000000"/>
                <w:w w:val="97"/>
                <w:sz w:val="16"/>
              </w:rPr>
              <w:t xml:space="preserve">Раздел 3. </w:t>
            </w:r>
            <w:r>
              <w:rPr>
                <w:rFonts w:ascii="Times New Roman" w:eastAsia="Times New Roman" w:hAnsi="Times New Roman"/>
                <w:b/>
                <w:color w:val="221F1F"/>
                <w:w w:val="97"/>
                <w:sz w:val="16"/>
              </w:rPr>
              <w:t>Обыкновенные дроби</w:t>
            </w:r>
          </w:p>
        </w:tc>
      </w:tr>
      <w:tr w:rsidR="00874BE2" w:rsidRPr="0012630C">
        <w:trPr>
          <w:trHeight w:hRule="exact" w:val="52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3.1.</w:t>
            </w:r>
          </w:p>
        </w:tc>
        <w:tc>
          <w:tcPr>
            <w:tcW w:w="2906"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Дробь.</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4</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25.11.2022 30.11.2022</w:t>
            </w:r>
          </w:p>
        </w:tc>
        <w:tc>
          <w:tcPr>
            <w:tcW w:w="587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Читать и записывать, сравнивать обыкновенные дроби, предлагать, обосновывать и обсуждать способы упорядочивания дробей;</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proofErr w:type="spellStart"/>
            <w:r w:rsidRPr="0012630C">
              <w:rPr>
                <w:rFonts w:ascii="Times New Roman" w:eastAsia="Times New Roman" w:hAnsi="Times New Roman"/>
                <w:color w:val="000000"/>
                <w:sz w:val="20"/>
                <w:szCs w:val="20"/>
                <w:lang w:val="ru-RU"/>
              </w:rPr>
              <w:t>Устный</w:t>
            </w:r>
            <w:proofErr w:type="spellEnd"/>
            <w:r w:rsidRPr="0012630C">
              <w:rPr>
                <w:rFonts w:ascii="Times New Roman" w:eastAsia="Times New Roman" w:hAnsi="Times New Roman"/>
                <w:color w:val="000000"/>
                <w:sz w:val="20"/>
                <w:szCs w:val="20"/>
                <w:lang w:val="ru-RU"/>
              </w:rPr>
              <w:t xml:space="preserve"> </w:t>
            </w:r>
            <w:proofErr w:type="spellStart"/>
            <w:r w:rsidRPr="0012630C">
              <w:rPr>
                <w:rFonts w:ascii="Times New Roman" w:eastAsia="Times New Roman" w:hAnsi="Times New Roman"/>
                <w:color w:val="000000"/>
                <w:sz w:val="20"/>
                <w:szCs w:val="20"/>
                <w:lang w:val="ru-RU"/>
              </w:rPr>
              <w:t>опрос</w:t>
            </w:r>
            <w:proofErr w:type="spellEnd"/>
            <w:r w:rsidRPr="0012630C">
              <w:rPr>
                <w:rFonts w:ascii="Times New Roman" w:eastAsia="Times New Roman" w:hAnsi="Times New Roman"/>
                <w:color w:val="000000"/>
                <w:sz w:val="20"/>
                <w:szCs w:val="20"/>
                <w:lang w:val="ru-RU"/>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Учи.ру</w:t>
            </w:r>
          </w:p>
        </w:tc>
      </w:tr>
    </w:tbl>
    <w:p w:rsidR="00874BE2" w:rsidRPr="0012630C" w:rsidRDefault="00874BE2" w:rsidP="0012630C">
      <w:pPr>
        <w:autoSpaceDE w:val="0"/>
        <w:autoSpaceDN w:val="0"/>
        <w:spacing w:before="76" w:after="0" w:line="233" w:lineRule="auto"/>
        <w:jc w:val="center"/>
        <w:rPr>
          <w:rFonts w:ascii="Times New Roman" w:eastAsia="Times New Roman" w:hAnsi="Times New Roman"/>
          <w:color w:val="000000"/>
          <w:sz w:val="20"/>
          <w:szCs w:val="20"/>
          <w:lang w:val="ru-RU"/>
        </w:rPr>
      </w:pPr>
    </w:p>
    <w:tbl>
      <w:tblPr>
        <w:tblW w:w="0" w:type="auto"/>
        <w:tblInd w:w="6" w:type="dxa"/>
        <w:tblLayout w:type="fixed"/>
        <w:tblLook w:val="04A0"/>
      </w:tblPr>
      <w:tblGrid>
        <w:gridCol w:w="468"/>
        <w:gridCol w:w="2906"/>
        <w:gridCol w:w="528"/>
        <w:gridCol w:w="1104"/>
        <w:gridCol w:w="1142"/>
        <w:gridCol w:w="864"/>
        <w:gridCol w:w="5872"/>
        <w:gridCol w:w="1236"/>
        <w:gridCol w:w="1382"/>
      </w:tblGrid>
      <w:tr w:rsidR="00874BE2" w:rsidRPr="0012630C">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3.2.</w:t>
            </w:r>
          </w:p>
        </w:tc>
        <w:tc>
          <w:tcPr>
            <w:tcW w:w="2906"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Правильные и неправильные дроби.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01.12.2022 07.12.2022</w:t>
            </w:r>
          </w:p>
        </w:tc>
        <w:tc>
          <w:tcPr>
            <w:tcW w:w="587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Читать и записывать, сравнивать обыкновенные дроби, предлагать, обосновывать и обсуждать способы упорядочивания дробей;</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proofErr w:type="spellStart"/>
            <w:r w:rsidRPr="0012630C">
              <w:rPr>
                <w:rFonts w:ascii="Times New Roman" w:eastAsia="Times New Roman" w:hAnsi="Times New Roman"/>
                <w:color w:val="000000"/>
                <w:sz w:val="20"/>
                <w:szCs w:val="20"/>
                <w:lang w:val="ru-RU"/>
              </w:rPr>
              <w:t>Практическая</w:t>
            </w:r>
            <w:proofErr w:type="spellEnd"/>
            <w:r w:rsidRPr="0012630C">
              <w:rPr>
                <w:rFonts w:ascii="Times New Roman" w:eastAsia="Times New Roman" w:hAnsi="Times New Roman"/>
                <w:color w:val="000000"/>
                <w:sz w:val="20"/>
                <w:szCs w:val="20"/>
                <w:lang w:val="ru-RU"/>
              </w:rPr>
              <w:t xml:space="preserve"> </w:t>
            </w:r>
            <w:proofErr w:type="spellStart"/>
            <w:r w:rsidRPr="0012630C">
              <w:rPr>
                <w:rFonts w:ascii="Times New Roman" w:eastAsia="Times New Roman" w:hAnsi="Times New Roman"/>
                <w:color w:val="000000"/>
                <w:sz w:val="20"/>
                <w:szCs w:val="20"/>
                <w:lang w:val="ru-RU"/>
              </w:rPr>
              <w:t>работа</w:t>
            </w:r>
            <w:proofErr w:type="spellEnd"/>
            <w:r w:rsidRPr="0012630C">
              <w:rPr>
                <w:rFonts w:ascii="Times New Roman" w:eastAsia="Times New Roman" w:hAnsi="Times New Roman"/>
                <w:color w:val="000000"/>
                <w:sz w:val="20"/>
                <w:szCs w:val="20"/>
                <w:lang w:val="ru-RU"/>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Учи.ру</w:t>
            </w:r>
          </w:p>
        </w:tc>
      </w:tr>
      <w:tr w:rsidR="00874BE2" w:rsidRPr="0012630C">
        <w:trPr>
          <w:trHeight w:hRule="exact" w:val="92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3.3.</w:t>
            </w:r>
          </w:p>
        </w:tc>
        <w:tc>
          <w:tcPr>
            <w:tcW w:w="2906"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Основноесвойство дроби.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08.12.2022 14.12.2022</w:t>
            </w:r>
          </w:p>
        </w:tc>
        <w:tc>
          <w:tcPr>
            <w:tcW w:w="587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Формулировать, записывать с помощью букв основное свойство обыкновенной дроби; использовать основное свойство дроби для сокращения дробей и приведения дроби к новому знаменателю;</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 xml:space="preserve">Самооценка с </w:t>
            </w:r>
            <w:r w:rsidRPr="0012630C">
              <w:rPr>
                <w:rFonts w:ascii="Times New Roman" w:eastAsia="Times New Roman" w:hAnsi="Times New Roman"/>
                <w:color w:val="000000"/>
                <w:sz w:val="20"/>
                <w:szCs w:val="20"/>
                <w:lang w:val="ru-RU"/>
              </w:rPr>
              <w:br/>
              <w:t xml:space="preserve">использованием«Оценочного </w:t>
            </w:r>
            <w:r w:rsidRPr="0012630C">
              <w:rPr>
                <w:rFonts w:ascii="Times New Roman" w:eastAsia="Times New Roman" w:hAnsi="Times New Roman"/>
                <w:color w:val="000000"/>
                <w:sz w:val="20"/>
                <w:szCs w:val="20"/>
                <w:lang w:val="ru-RU"/>
              </w:rPr>
              <w:br/>
              <w:t>листа»;</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Учи.ру</w:t>
            </w:r>
          </w:p>
        </w:tc>
      </w:tr>
      <w:tr w:rsidR="00874BE2" w:rsidRPr="0012630C">
        <w:trPr>
          <w:trHeight w:hRule="exact" w:val="54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3.4.</w:t>
            </w:r>
          </w:p>
        </w:tc>
        <w:tc>
          <w:tcPr>
            <w:tcW w:w="2906"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Сравнение дробей.</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4</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15.12.2022 20.12.2022</w:t>
            </w:r>
          </w:p>
        </w:tc>
        <w:tc>
          <w:tcPr>
            <w:tcW w:w="587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Читать и записывать, сравнивать обыкновенные дроби, предлагать, обосновывать и обсуждать способы упорядочивания дробей;</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proofErr w:type="spellStart"/>
            <w:r w:rsidRPr="0012630C">
              <w:rPr>
                <w:rFonts w:ascii="Times New Roman" w:eastAsia="Times New Roman" w:hAnsi="Times New Roman"/>
                <w:color w:val="000000"/>
                <w:sz w:val="20"/>
                <w:szCs w:val="20"/>
                <w:lang w:val="ru-RU"/>
              </w:rPr>
              <w:t>Практическая</w:t>
            </w:r>
            <w:proofErr w:type="spellEnd"/>
            <w:r w:rsidRPr="0012630C">
              <w:rPr>
                <w:rFonts w:ascii="Times New Roman" w:eastAsia="Times New Roman" w:hAnsi="Times New Roman"/>
                <w:color w:val="000000"/>
                <w:sz w:val="20"/>
                <w:szCs w:val="20"/>
                <w:lang w:val="ru-RU"/>
              </w:rPr>
              <w:t xml:space="preserve"> </w:t>
            </w:r>
            <w:proofErr w:type="spellStart"/>
            <w:r w:rsidRPr="0012630C">
              <w:rPr>
                <w:rFonts w:ascii="Times New Roman" w:eastAsia="Times New Roman" w:hAnsi="Times New Roman"/>
                <w:color w:val="000000"/>
                <w:sz w:val="20"/>
                <w:szCs w:val="20"/>
                <w:lang w:val="ru-RU"/>
              </w:rPr>
              <w:t>работа</w:t>
            </w:r>
            <w:proofErr w:type="spellEnd"/>
            <w:r w:rsidRPr="0012630C">
              <w:rPr>
                <w:rFonts w:ascii="Times New Roman" w:eastAsia="Times New Roman" w:hAnsi="Times New Roman"/>
                <w:color w:val="000000"/>
                <w:sz w:val="20"/>
                <w:szCs w:val="20"/>
                <w:lang w:val="ru-RU"/>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РЭШ</w:t>
            </w:r>
          </w:p>
        </w:tc>
      </w:tr>
      <w:tr w:rsidR="00874BE2" w:rsidRPr="0012630C">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3.5.</w:t>
            </w:r>
          </w:p>
        </w:tc>
        <w:tc>
          <w:tcPr>
            <w:tcW w:w="2906"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Сложение и вычитание обыкновенных дробей.</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6</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1</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21.12.2022 28.12.2022</w:t>
            </w:r>
          </w:p>
        </w:tc>
        <w:tc>
          <w:tcPr>
            <w:tcW w:w="587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Выполнять действия сложения и вычитания;</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proofErr w:type="spellStart"/>
            <w:r w:rsidRPr="0012630C">
              <w:rPr>
                <w:rFonts w:ascii="Times New Roman" w:eastAsia="Times New Roman" w:hAnsi="Times New Roman"/>
                <w:color w:val="000000"/>
                <w:sz w:val="20"/>
                <w:szCs w:val="20"/>
                <w:lang w:val="ru-RU"/>
              </w:rPr>
              <w:t>Контрольная</w:t>
            </w:r>
            <w:proofErr w:type="spellEnd"/>
            <w:r w:rsidRPr="0012630C">
              <w:rPr>
                <w:rFonts w:ascii="Times New Roman" w:eastAsia="Times New Roman" w:hAnsi="Times New Roman"/>
                <w:color w:val="000000"/>
                <w:sz w:val="20"/>
                <w:szCs w:val="20"/>
                <w:lang w:val="ru-RU"/>
              </w:rPr>
              <w:t xml:space="preserve"> </w:t>
            </w:r>
            <w:proofErr w:type="spellStart"/>
            <w:r w:rsidRPr="0012630C">
              <w:rPr>
                <w:rFonts w:ascii="Times New Roman" w:eastAsia="Times New Roman" w:hAnsi="Times New Roman"/>
                <w:color w:val="000000"/>
                <w:sz w:val="20"/>
                <w:szCs w:val="20"/>
                <w:lang w:val="ru-RU"/>
              </w:rPr>
              <w:t>работа</w:t>
            </w:r>
            <w:proofErr w:type="spellEnd"/>
            <w:r w:rsidRPr="0012630C">
              <w:rPr>
                <w:rFonts w:ascii="Times New Roman" w:eastAsia="Times New Roman" w:hAnsi="Times New Roman"/>
                <w:color w:val="000000"/>
                <w:sz w:val="20"/>
                <w:szCs w:val="20"/>
                <w:lang w:val="ru-RU"/>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EF02F9" w:rsidP="0012630C">
            <w:pPr>
              <w:autoSpaceDE w:val="0"/>
              <w:autoSpaceDN w:val="0"/>
              <w:spacing w:before="76" w:after="0" w:line="233" w:lineRule="auto"/>
              <w:jc w:val="center"/>
              <w:rPr>
                <w:rFonts w:ascii="Times New Roman" w:eastAsia="Times New Roman" w:hAnsi="Times New Roman"/>
                <w:color w:val="000000"/>
                <w:sz w:val="20"/>
                <w:szCs w:val="20"/>
                <w:lang w:val="ru-RU"/>
              </w:rPr>
            </w:pPr>
            <w:proofErr w:type="spellStart"/>
            <w:r w:rsidRPr="0012630C">
              <w:rPr>
                <w:rFonts w:ascii="Times New Roman" w:eastAsia="Times New Roman" w:hAnsi="Times New Roman"/>
                <w:color w:val="000000"/>
                <w:sz w:val="20"/>
                <w:szCs w:val="20"/>
                <w:lang w:val="ru-RU"/>
              </w:rPr>
              <w:t>Мультиурок</w:t>
            </w:r>
            <w:proofErr w:type="spellEnd"/>
          </w:p>
        </w:tc>
      </w:tr>
      <w:tr w:rsidR="00874BE2" w:rsidRPr="0012630C">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3.6.</w:t>
            </w:r>
          </w:p>
        </w:tc>
        <w:tc>
          <w:tcPr>
            <w:tcW w:w="2906"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 xml:space="preserve">Смешанная дробь.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4</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11.01.2023 16.01.2023</w:t>
            </w:r>
          </w:p>
        </w:tc>
        <w:tc>
          <w:tcPr>
            <w:tcW w:w="587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Представлять смешанную дробь в виде неправильной и выделять целую часть числа из неправильной дроби;</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proofErr w:type="spellStart"/>
            <w:r w:rsidRPr="0012630C">
              <w:rPr>
                <w:rFonts w:ascii="Times New Roman" w:eastAsia="Times New Roman" w:hAnsi="Times New Roman"/>
                <w:color w:val="000000"/>
                <w:sz w:val="20"/>
                <w:szCs w:val="20"/>
                <w:lang w:val="ru-RU"/>
              </w:rPr>
              <w:t>Письменный</w:t>
            </w:r>
            <w:proofErr w:type="spellEnd"/>
            <w:r w:rsidRPr="0012630C">
              <w:rPr>
                <w:rFonts w:ascii="Times New Roman" w:eastAsia="Times New Roman" w:hAnsi="Times New Roman"/>
                <w:color w:val="000000"/>
                <w:sz w:val="20"/>
                <w:szCs w:val="20"/>
                <w:lang w:val="ru-RU"/>
              </w:rPr>
              <w:t xml:space="preserve"> </w:t>
            </w:r>
            <w:proofErr w:type="spellStart"/>
            <w:r w:rsidRPr="0012630C">
              <w:rPr>
                <w:rFonts w:ascii="Times New Roman" w:eastAsia="Times New Roman" w:hAnsi="Times New Roman"/>
                <w:color w:val="000000"/>
                <w:sz w:val="20"/>
                <w:szCs w:val="20"/>
                <w:lang w:val="ru-RU"/>
              </w:rPr>
              <w:t>контроль</w:t>
            </w:r>
            <w:proofErr w:type="spellEnd"/>
            <w:r w:rsidRPr="0012630C">
              <w:rPr>
                <w:rFonts w:ascii="Times New Roman" w:eastAsia="Times New Roman" w:hAnsi="Times New Roman"/>
                <w:color w:val="000000"/>
                <w:sz w:val="20"/>
                <w:szCs w:val="20"/>
                <w:lang w:val="ru-RU"/>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Учи.ру</w:t>
            </w:r>
          </w:p>
        </w:tc>
      </w:tr>
      <w:tr w:rsidR="00874BE2" w:rsidRPr="0012630C">
        <w:trPr>
          <w:trHeight w:hRule="exact" w:val="73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3.7.</w:t>
            </w:r>
          </w:p>
        </w:tc>
        <w:tc>
          <w:tcPr>
            <w:tcW w:w="2906"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Умножение и деление обыкновенных дробей; взаимно-обратные дроби.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6</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1</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17.01.2023 24.01.2023</w:t>
            </w:r>
          </w:p>
        </w:tc>
        <w:tc>
          <w:tcPr>
            <w:tcW w:w="587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 xml:space="preserve">Выполнять прикидку и оценку результата вычислений; предлагать и применять приёмы проверки вычислений; </w:t>
            </w:r>
            <w:r w:rsidRPr="0012630C">
              <w:rPr>
                <w:rFonts w:ascii="Times New Roman" w:eastAsia="Times New Roman" w:hAnsi="Times New Roman"/>
                <w:color w:val="000000"/>
                <w:sz w:val="20"/>
                <w:szCs w:val="20"/>
                <w:lang w:val="ru-RU"/>
              </w:rPr>
              <w:br/>
              <w:t>Выполнять умножение и деление дробей;</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proofErr w:type="spellStart"/>
            <w:r w:rsidRPr="0012630C">
              <w:rPr>
                <w:rFonts w:ascii="Times New Roman" w:eastAsia="Times New Roman" w:hAnsi="Times New Roman"/>
                <w:color w:val="000000"/>
                <w:sz w:val="20"/>
                <w:szCs w:val="20"/>
                <w:lang w:val="ru-RU"/>
              </w:rPr>
              <w:t>Контрольная</w:t>
            </w:r>
            <w:proofErr w:type="spellEnd"/>
            <w:r w:rsidRPr="0012630C">
              <w:rPr>
                <w:rFonts w:ascii="Times New Roman" w:eastAsia="Times New Roman" w:hAnsi="Times New Roman"/>
                <w:color w:val="000000"/>
                <w:sz w:val="20"/>
                <w:szCs w:val="20"/>
                <w:lang w:val="ru-RU"/>
              </w:rPr>
              <w:t xml:space="preserve"> </w:t>
            </w:r>
            <w:proofErr w:type="spellStart"/>
            <w:r w:rsidRPr="0012630C">
              <w:rPr>
                <w:rFonts w:ascii="Times New Roman" w:eastAsia="Times New Roman" w:hAnsi="Times New Roman"/>
                <w:color w:val="000000"/>
                <w:sz w:val="20"/>
                <w:szCs w:val="20"/>
                <w:lang w:val="ru-RU"/>
              </w:rPr>
              <w:t>работа</w:t>
            </w:r>
            <w:proofErr w:type="spellEnd"/>
            <w:r w:rsidRPr="0012630C">
              <w:rPr>
                <w:rFonts w:ascii="Times New Roman" w:eastAsia="Times New Roman" w:hAnsi="Times New Roman"/>
                <w:color w:val="000000"/>
                <w:sz w:val="20"/>
                <w:szCs w:val="20"/>
                <w:lang w:val="ru-RU"/>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Учи.ру</w:t>
            </w:r>
          </w:p>
        </w:tc>
      </w:tr>
      <w:tr w:rsidR="00874BE2" w:rsidRPr="0012630C">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3.8.</w:t>
            </w:r>
          </w:p>
        </w:tc>
        <w:tc>
          <w:tcPr>
            <w:tcW w:w="2906"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Решение текстовых задач, со держащих дроби.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6</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25.01.2023 01.02.2023</w:t>
            </w:r>
          </w:p>
        </w:tc>
        <w:tc>
          <w:tcPr>
            <w:tcW w:w="587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Решать текстовые задачи, содержащие дробные данные, и задачи на нахождение части целого и целого по его части; выявлять их сходства и различия;</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proofErr w:type="spellStart"/>
            <w:r w:rsidRPr="0012630C">
              <w:rPr>
                <w:rFonts w:ascii="Times New Roman" w:eastAsia="Times New Roman" w:hAnsi="Times New Roman"/>
                <w:color w:val="000000"/>
                <w:sz w:val="20"/>
                <w:szCs w:val="20"/>
                <w:lang w:val="ru-RU"/>
              </w:rPr>
              <w:t>Письменный</w:t>
            </w:r>
            <w:proofErr w:type="spellEnd"/>
            <w:r w:rsidRPr="0012630C">
              <w:rPr>
                <w:rFonts w:ascii="Times New Roman" w:eastAsia="Times New Roman" w:hAnsi="Times New Roman"/>
                <w:color w:val="000000"/>
                <w:sz w:val="20"/>
                <w:szCs w:val="20"/>
                <w:lang w:val="ru-RU"/>
              </w:rPr>
              <w:t xml:space="preserve"> </w:t>
            </w:r>
            <w:proofErr w:type="spellStart"/>
            <w:r w:rsidRPr="0012630C">
              <w:rPr>
                <w:rFonts w:ascii="Times New Roman" w:eastAsia="Times New Roman" w:hAnsi="Times New Roman"/>
                <w:color w:val="000000"/>
                <w:sz w:val="20"/>
                <w:szCs w:val="20"/>
                <w:lang w:val="ru-RU"/>
              </w:rPr>
              <w:t>контроль</w:t>
            </w:r>
            <w:proofErr w:type="spellEnd"/>
            <w:r w:rsidRPr="0012630C">
              <w:rPr>
                <w:rFonts w:ascii="Times New Roman" w:eastAsia="Times New Roman" w:hAnsi="Times New Roman"/>
                <w:color w:val="000000"/>
                <w:sz w:val="20"/>
                <w:szCs w:val="20"/>
                <w:lang w:val="ru-RU"/>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Учи.ру</w:t>
            </w:r>
          </w:p>
        </w:tc>
      </w:tr>
      <w:tr w:rsidR="00874BE2" w:rsidRPr="0012630C">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3.9.</w:t>
            </w:r>
          </w:p>
        </w:tc>
        <w:tc>
          <w:tcPr>
            <w:tcW w:w="2906"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Основные за дачи на дроби.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1</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02.02.2023 08.02.2023</w:t>
            </w:r>
          </w:p>
        </w:tc>
        <w:tc>
          <w:tcPr>
            <w:tcW w:w="587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Моделировать ход решения задачи с помощью рисунка, схемы, таблицы;</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proofErr w:type="spellStart"/>
            <w:r w:rsidRPr="0012630C">
              <w:rPr>
                <w:rFonts w:ascii="Times New Roman" w:eastAsia="Times New Roman" w:hAnsi="Times New Roman"/>
                <w:color w:val="000000"/>
                <w:sz w:val="20"/>
                <w:szCs w:val="20"/>
                <w:lang w:val="ru-RU"/>
              </w:rPr>
              <w:t>Контрольная</w:t>
            </w:r>
            <w:proofErr w:type="spellEnd"/>
            <w:r w:rsidRPr="0012630C">
              <w:rPr>
                <w:rFonts w:ascii="Times New Roman" w:eastAsia="Times New Roman" w:hAnsi="Times New Roman"/>
                <w:color w:val="000000"/>
                <w:sz w:val="20"/>
                <w:szCs w:val="20"/>
                <w:lang w:val="ru-RU"/>
              </w:rPr>
              <w:t xml:space="preserve"> </w:t>
            </w:r>
            <w:proofErr w:type="spellStart"/>
            <w:r w:rsidRPr="0012630C">
              <w:rPr>
                <w:rFonts w:ascii="Times New Roman" w:eastAsia="Times New Roman" w:hAnsi="Times New Roman"/>
                <w:color w:val="000000"/>
                <w:sz w:val="20"/>
                <w:szCs w:val="20"/>
                <w:lang w:val="ru-RU"/>
              </w:rPr>
              <w:t>работа</w:t>
            </w:r>
            <w:proofErr w:type="spellEnd"/>
            <w:r w:rsidRPr="0012630C">
              <w:rPr>
                <w:rFonts w:ascii="Times New Roman" w:eastAsia="Times New Roman" w:hAnsi="Times New Roman"/>
                <w:color w:val="000000"/>
                <w:sz w:val="20"/>
                <w:szCs w:val="20"/>
                <w:lang w:val="ru-RU"/>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РЭШ</w:t>
            </w:r>
          </w:p>
        </w:tc>
      </w:tr>
      <w:tr w:rsidR="00874BE2" w:rsidRPr="0012630C">
        <w:trPr>
          <w:trHeight w:hRule="exact" w:val="73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lastRenderedPageBreak/>
              <w:t>3.10.</w:t>
            </w:r>
          </w:p>
        </w:tc>
        <w:tc>
          <w:tcPr>
            <w:tcW w:w="2906"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Применение букв для записи математических выражений и предложений</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3</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09.02.2023 13.02.2023</w:t>
            </w:r>
          </w:p>
        </w:tc>
        <w:tc>
          <w:tcPr>
            <w:tcW w:w="587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Формулировать, записывать с помощью букв основное свойство обыкновенной дроби; использовать основное свойство дроби для сокращения дробей и приведения дроби к новому знаменателю;</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proofErr w:type="spellStart"/>
            <w:r w:rsidRPr="0012630C">
              <w:rPr>
                <w:rFonts w:ascii="Times New Roman" w:eastAsia="Times New Roman" w:hAnsi="Times New Roman"/>
                <w:color w:val="000000"/>
                <w:sz w:val="20"/>
                <w:szCs w:val="20"/>
                <w:lang w:val="ru-RU"/>
              </w:rPr>
              <w:t>Устный</w:t>
            </w:r>
            <w:proofErr w:type="spellEnd"/>
            <w:r w:rsidRPr="0012630C">
              <w:rPr>
                <w:rFonts w:ascii="Times New Roman" w:eastAsia="Times New Roman" w:hAnsi="Times New Roman"/>
                <w:color w:val="000000"/>
                <w:sz w:val="20"/>
                <w:szCs w:val="20"/>
                <w:lang w:val="ru-RU"/>
              </w:rPr>
              <w:t xml:space="preserve"> </w:t>
            </w:r>
            <w:proofErr w:type="spellStart"/>
            <w:r w:rsidRPr="0012630C">
              <w:rPr>
                <w:rFonts w:ascii="Times New Roman" w:eastAsia="Times New Roman" w:hAnsi="Times New Roman"/>
                <w:color w:val="000000"/>
                <w:sz w:val="20"/>
                <w:szCs w:val="20"/>
                <w:lang w:val="ru-RU"/>
              </w:rPr>
              <w:t>опрос</w:t>
            </w:r>
            <w:proofErr w:type="spellEnd"/>
            <w:r w:rsidRPr="0012630C">
              <w:rPr>
                <w:rFonts w:ascii="Times New Roman" w:eastAsia="Times New Roman" w:hAnsi="Times New Roman"/>
                <w:color w:val="000000"/>
                <w:sz w:val="20"/>
                <w:szCs w:val="20"/>
                <w:lang w:val="ru-RU"/>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skysmart.ru</w:t>
            </w:r>
          </w:p>
        </w:tc>
      </w:tr>
      <w:tr w:rsidR="00874BE2" w:rsidRPr="0012630C">
        <w:trPr>
          <w:trHeight w:hRule="exact" w:val="348"/>
        </w:trPr>
        <w:tc>
          <w:tcPr>
            <w:tcW w:w="337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48</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874BE2" w:rsidP="0012630C">
            <w:pPr>
              <w:autoSpaceDE w:val="0"/>
              <w:autoSpaceDN w:val="0"/>
              <w:spacing w:before="76" w:after="0" w:line="233" w:lineRule="auto"/>
              <w:jc w:val="center"/>
              <w:rPr>
                <w:rFonts w:ascii="Times New Roman" w:eastAsia="Times New Roman" w:hAnsi="Times New Roman"/>
                <w:color w:val="000000"/>
                <w:sz w:val="20"/>
                <w:szCs w:val="20"/>
                <w:lang w:val="ru-RU"/>
              </w:rPr>
            </w:pP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874BE2" w:rsidP="0012630C">
            <w:pPr>
              <w:autoSpaceDE w:val="0"/>
              <w:autoSpaceDN w:val="0"/>
              <w:spacing w:before="76" w:after="0" w:line="233" w:lineRule="auto"/>
              <w:jc w:val="center"/>
              <w:rPr>
                <w:rFonts w:ascii="Times New Roman" w:eastAsia="Times New Roman" w:hAnsi="Times New Roman"/>
                <w:color w:val="000000"/>
                <w:sz w:val="20"/>
                <w:szCs w:val="20"/>
                <w:lang w:val="ru-RU"/>
              </w:rPr>
            </w:pP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874BE2" w:rsidP="0012630C">
            <w:pPr>
              <w:autoSpaceDE w:val="0"/>
              <w:autoSpaceDN w:val="0"/>
              <w:spacing w:before="76" w:after="0" w:line="233" w:lineRule="auto"/>
              <w:jc w:val="center"/>
              <w:rPr>
                <w:rFonts w:ascii="Times New Roman" w:eastAsia="Times New Roman" w:hAnsi="Times New Roman"/>
                <w:color w:val="000000"/>
                <w:sz w:val="20"/>
                <w:szCs w:val="20"/>
                <w:lang w:val="ru-RU"/>
              </w:rPr>
            </w:pPr>
          </w:p>
        </w:tc>
        <w:tc>
          <w:tcPr>
            <w:tcW w:w="587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874BE2" w:rsidP="0012630C">
            <w:pPr>
              <w:autoSpaceDE w:val="0"/>
              <w:autoSpaceDN w:val="0"/>
              <w:spacing w:before="76" w:after="0" w:line="233" w:lineRule="auto"/>
              <w:jc w:val="center"/>
              <w:rPr>
                <w:rFonts w:ascii="Times New Roman" w:eastAsia="Times New Roman" w:hAnsi="Times New Roman"/>
                <w:color w:val="000000"/>
                <w:sz w:val="20"/>
                <w:szCs w:val="20"/>
                <w:lang w:val="ru-RU"/>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874BE2" w:rsidP="0012630C">
            <w:pPr>
              <w:autoSpaceDE w:val="0"/>
              <w:autoSpaceDN w:val="0"/>
              <w:spacing w:before="76" w:after="0" w:line="233" w:lineRule="auto"/>
              <w:jc w:val="center"/>
              <w:rPr>
                <w:rFonts w:ascii="Times New Roman" w:eastAsia="Times New Roman" w:hAnsi="Times New Roman"/>
                <w:color w:val="000000"/>
                <w:sz w:val="20"/>
                <w:szCs w:val="20"/>
                <w:lang w:val="ru-RU"/>
              </w:rPr>
            </w:pP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874BE2" w:rsidP="0012630C">
            <w:pPr>
              <w:autoSpaceDE w:val="0"/>
              <w:autoSpaceDN w:val="0"/>
              <w:spacing w:before="76" w:after="0" w:line="233" w:lineRule="auto"/>
              <w:jc w:val="center"/>
              <w:rPr>
                <w:rFonts w:ascii="Times New Roman" w:eastAsia="Times New Roman" w:hAnsi="Times New Roman"/>
                <w:color w:val="000000"/>
                <w:sz w:val="20"/>
                <w:szCs w:val="20"/>
                <w:lang w:val="ru-RU"/>
              </w:rPr>
            </w:pPr>
          </w:p>
        </w:tc>
      </w:tr>
      <w:tr w:rsidR="00874BE2">
        <w:trPr>
          <w:trHeight w:hRule="exact" w:val="34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Default="00CF7AB1">
            <w:pPr>
              <w:autoSpaceDE w:val="0"/>
              <w:autoSpaceDN w:val="0"/>
              <w:spacing w:before="76" w:after="0" w:line="233" w:lineRule="auto"/>
              <w:ind w:left="72"/>
            </w:pPr>
            <w:r>
              <w:rPr>
                <w:rFonts w:ascii="Times New Roman" w:eastAsia="Times New Roman" w:hAnsi="Times New Roman"/>
                <w:color w:val="000000"/>
                <w:w w:val="97"/>
                <w:sz w:val="16"/>
              </w:rPr>
              <w:t xml:space="preserve">Раздел 4. </w:t>
            </w:r>
            <w:r>
              <w:rPr>
                <w:rFonts w:ascii="Times New Roman" w:eastAsia="Times New Roman" w:hAnsi="Times New Roman"/>
                <w:b/>
                <w:color w:val="221F1F"/>
                <w:w w:val="97"/>
                <w:sz w:val="16"/>
              </w:rPr>
              <w:t>Наглядная геометрия. Многоугольники</w:t>
            </w:r>
          </w:p>
        </w:tc>
      </w:tr>
      <w:tr w:rsidR="00874BE2" w:rsidRPr="0012630C">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4.1.</w:t>
            </w:r>
          </w:p>
        </w:tc>
        <w:tc>
          <w:tcPr>
            <w:tcW w:w="2906"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Многоугольники.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14.02.2023</w:t>
            </w:r>
          </w:p>
        </w:tc>
        <w:tc>
          <w:tcPr>
            <w:tcW w:w="587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Приводить примеры объектов реального мира, имеющих форму многоугольника, прямоугольника, квадрата, треугольника, оценивать их линейные размеры;</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proofErr w:type="spellStart"/>
            <w:r w:rsidRPr="0012630C">
              <w:rPr>
                <w:rFonts w:ascii="Times New Roman" w:eastAsia="Times New Roman" w:hAnsi="Times New Roman"/>
                <w:color w:val="000000"/>
                <w:sz w:val="20"/>
                <w:szCs w:val="20"/>
                <w:lang w:val="ru-RU"/>
              </w:rPr>
              <w:t>Устный</w:t>
            </w:r>
            <w:proofErr w:type="spellEnd"/>
            <w:r w:rsidRPr="0012630C">
              <w:rPr>
                <w:rFonts w:ascii="Times New Roman" w:eastAsia="Times New Roman" w:hAnsi="Times New Roman"/>
                <w:color w:val="000000"/>
                <w:sz w:val="20"/>
                <w:szCs w:val="20"/>
                <w:lang w:val="ru-RU"/>
              </w:rPr>
              <w:t xml:space="preserve"> </w:t>
            </w:r>
            <w:proofErr w:type="spellStart"/>
            <w:r w:rsidRPr="0012630C">
              <w:rPr>
                <w:rFonts w:ascii="Times New Roman" w:eastAsia="Times New Roman" w:hAnsi="Times New Roman"/>
                <w:color w:val="000000"/>
                <w:sz w:val="20"/>
                <w:szCs w:val="20"/>
                <w:lang w:val="ru-RU"/>
              </w:rPr>
              <w:t>опрос</w:t>
            </w:r>
            <w:proofErr w:type="spellEnd"/>
            <w:r w:rsidRPr="0012630C">
              <w:rPr>
                <w:rFonts w:ascii="Times New Roman" w:eastAsia="Times New Roman" w:hAnsi="Times New Roman"/>
                <w:color w:val="000000"/>
                <w:sz w:val="20"/>
                <w:szCs w:val="20"/>
                <w:lang w:val="ru-RU"/>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РЭШ</w:t>
            </w:r>
          </w:p>
        </w:tc>
      </w:tr>
      <w:tr w:rsidR="00874BE2" w:rsidRPr="0012630C">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4.2.</w:t>
            </w:r>
          </w:p>
        </w:tc>
        <w:tc>
          <w:tcPr>
            <w:tcW w:w="2906"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Четырёхугольник, прямоугольник, квадрат.</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15.02.2023</w:t>
            </w:r>
          </w:p>
        </w:tc>
        <w:tc>
          <w:tcPr>
            <w:tcW w:w="587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Описывать, используя терминологию, изображать с помощью чертёжных инструментов и от руки, моделировать из бумаги многоугольники;</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proofErr w:type="spellStart"/>
            <w:r w:rsidRPr="0012630C">
              <w:rPr>
                <w:rFonts w:ascii="Times New Roman" w:eastAsia="Times New Roman" w:hAnsi="Times New Roman"/>
                <w:color w:val="000000"/>
                <w:sz w:val="20"/>
                <w:szCs w:val="20"/>
                <w:lang w:val="ru-RU"/>
              </w:rPr>
              <w:t>Устный</w:t>
            </w:r>
            <w:proofErr w:type="spellEnd"/>
            <w:r w:rsidRPr="0012630C">
              <w:rPr>
                <w:rFonts w:ascii="Times New Roman" w:eastAsia="Times New Roman" w:hAnsi="Times New Roman"/>
                <w:color w:val="000000"/>
                <w:sz w:val="20"/>
                <w:szCs w:val="20"/>
                <w:lang w:val="ru-RU"/>
              </w:rPr>
              <w:t xml:space="preserve"> </w:t>
            </w:r>
            <w:proofErr w:type="spellStart"/>
            <w:r w:rsidRPr="0012630C">
              <w:rPr>
                <w:rFonts w:ascii="Times New Roman" w:eastAsia="Times New Roman" w:hAnsi="Times New Roman"/>
                <w:color w:val="000000"/>
                <w:sz w:val="20"/>
                <w:szCs w:val="20"/>
                <w:lang w:val="ru-RU"/>
              </w:rPr>
              <w:t>опрос</w:t>
            </w:r>
            <w:proofErr w:type="spellEnd"/>
            <w:r w:rsidRPr="0012630C">
              <w:rPr>
                <w:rFonts w:ascii="Times New Roman" w:eastAsia="Times New Roman" w:hAnsi="Times New Roman"/>
                <w:color w:val="000000"/>
                <w:sz w:val="20"/>
                <w:szCs w:val="20"/>
                <w:lang w:val="ru-RU"/>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РЭШ</w:t>
            </w:r>
          </w:p>
        </w:tc>
      </w:tr>
      <w:tr w:rsidR="00874BE2" w:rsidRPr="0012630C">
        <w:trPr>
          <w:trHeight w:hRule="exact" w:val="73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4.3.</w:t>
            </w:r>
          </w:p>
        </w:tc>
        <w:tc>
          <w:tcPr>
            <w:tcW w:w="2906"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 xml:space="preserve">Практическая работа «Построение </w:t>
            </w:r>
            <w:r w:rsidRPr="0012630C">
              <w:rPr>
                <w:rFonts w:ascii="Times New Roman" w:eastAsia="Times New Roman" w:hAnsi="Times New Roman"/>
                <w:color w:val="000000"/>
                <w:sz w:val="20"/>
                <w:szCs w:val="20"/>
                <w:lang w:val="ru-RU"/>
              </w:rPr>
              <w:br/>
              <w:t>прямоугольника с заданными сторонами на нелинованной бумаге».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16.02.2023</w:t>
            </w:r>
          </w:p>
        </w:tc>
        <w:tc>
          <w:tcPr>
            <w:tcW w:w="587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Исследовать свойства прямоугольника, квадрата путём эксперимента, наблюдения, измерения, моделирования; сравнивать свойства квадрата и прямоугольника;</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proofErr w:type="spellStart"/>
            <w:r w:rsidRPr="0012630C">
              <w:rPr>
                <w:rFonts w:ascii="Times New Roman" w:eastAsia="Times New Roman" w:hAnsi="Times New Roman"/>
                <w:color w:val="000000"/>
                <w:sz w:val="20"/>
                <w:szCs w:val="20"/>
                <w:lang w:val="ru-RU"/>
              </w:rPr>
              <w:t>Практическая</w:t>
            </w:r>
            <w:proofErr w:type="spellEnd"/>
            <w:r w:rsidRPr="0012630C">
              <w:rPr>
                <w:rFonts w:ascii="Times New Roman" w:eastAsia="Times New Roman" w:hAnsi="Times New Roman"/>
                <w:color w:val="000000"/>
                <w:sz w:val="20"/>
                <w:szCs w:val="20"/>
                <w:lang w:val="ru-RU"/>
              </w:rPr>
              <w:t xml:space="preserve"> </w:t>
            </w:r>
            <w:proofErr w:type="spellStart"/>
            <w:r w:rsidRPr="0012630C">
              <w:rPr>
                <w:rFonts w:ascii="Times New Roman" w:eastAsia="Times New Roman" w:hAnsi="Times New Roman"/>
                <w:color w:val="000000"/>
                <w:sz w:val="20"/>
                <w:szCs w:val="20"/>
                <w:lang w:val="ru-RU"/>
              </w:rPr>
              <w:t>работа</w:t>
            </w:r>
            <w:proofErr w:type="spellEnd"/>
            <w:r w:rsidRPr="0012630C">
              <w:rPr>
                <w:rFonts w:ascii="Times New Roman" w:eastAsia="Times New Roman" w:hAnsi="Times New Roman"/>
                <w:color w:val="000000"/>
                <w:sz w:val="20"/>
                <w:szCs w:val="20"/>
                <w:lang w:val="ru-RU"/>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РЭШ</w:t>
            </w:r>
          </w:p>
        </w:tc>
      </w:tr>
      <w:tr w:rsidR="00874BE2" w:rsidRPr="0012630C">
        <w:trPr>
          <w:trHeight w:hRule="exact" w:val="54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4.4.</w:t>
            </w:r>
          </w:p>
        </w:tc>
        <w:tc>
          <w:tcPr>
            <w:tcW w:w="2906"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Треугольник.</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17.02.2023 20.02.2023</w:t>
            </w:r>
          </w:p>
        </w:tc>
        <w:tc>
          <w:tcPr>
            <w:tcW w:w="587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Изображать остроугольные, прямоугольные и тупоугольные треугольники;</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proofErr w:type="spellStart"/>
            <w:r w:rsidRPr="0012630C">
              <w:rPr>
                <w:rFonts w:ascii="Times New Roman" w:eastAsia="Times New Roman" w:hAnsi="Times New Roman"/>
                <w:color w:val="000000"/>
                <w:sz w:val="20"/>
                <w:szCs w:val="20"/>
                <w:lang w:val="ru-RU"/>
              </w:rPr>
              <w:t>Устный</w:t>
            </w:r>
            <w:proofErr w:type="spellEnd"/>
            <w:r w:rsidRPr="0012630C">
              <w:rPr>
                <w:rFonts w:ascii="Times New Roman" w:eastAsia="Times New Roman" w:hAnsi="Times New Roman"/>
                <w:color w:val="000000"/>
                <w:sz w:val="20"/>
                <w:szCs w:val="20"/>
                <w:lang w:val="ru-RU"/>
              </w:rPr>
              <w:t xml:space="preserve"> </w:t>
            </w:r>
            <w:proofErr w:type="spellStart"/>
            <w:r w:rsidRPr="0012630C">
              <w:rPr>
                <w:rFonts w:ascii="Times New Roman" w:eastAsia="Times New Roman" w:hAnsi="Times New Roman"/>
                <w:color w:val="000000"/>
                <w:sz w:val="20"/>
                <w:szCs w:val="20"/>
                <w:lang w:val="ru-RU"/>
              </w:rPr>
              <w:t>опрос</w:t>
            </w:r>
            <w:proofErr w:type="spellEnd"/>
            <w:r w:rsidRPr="0012630C">
              <w:rPr>
                <w:rFonts w:ascii="Times New Roman" w:eastAsia="Times New Roman" w:hAnsi="Times New Roman"/>
                <w:color w:val="000000"/>
                <w:sz w:val="20"/>
                <w:szCs w:val="20"/>
                <w:lang w:val="ru-RU"/>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Учи.ру</w:t>
            </w:r>
          </w:p>
        </w:tc>
      </w:tr>
      <w:tr w:rsidR="00874BE2" w:rsidRPr="0012630C">
        <w:trPr>
          <w:trHeight w:hRule="exact" w:val="92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4.5.</w:t>
            </w:r>
          </w:p>
        </w:tc>
        <w:tc>
          <w:tcPr>
            <w:tcW w:w="2906"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 xml:space="preserve">Площадь и периметр прямоугольника и многоугольников, составленных из </w:t>
            </w:r>
            <w:r w:rsidRPr="0012630C">
              <w:rPr>
                <w:rFonts w:ascii="Times New Roman" w:eastAsia="Times New Roman" w:hAnsi="Times New Roman"/>
                <w:color w:val="000000"/>
                <w:sz w:val="20"/>
                <w:szCs w:val="20"/>
                <w:lang w:val="ru-RU"/>
              </w:rPr>
              <w:br/>
              <w:t>прямоугольников, единицы измерения площади.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3</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1</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21.02.2023 24.02.2023</w:t>
            </w:r>
          </w:p>
        </w:tc>
        <w:tc>
          <w:tcPr>
            <w:tcW w:w="587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Знакомиться с примерами применения площади и периметра в практических ситуациях;</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proofErr w:type="spellStart"/>
            <w:r w:rsidRPr="0012630C">
              <w:rPr>
                <w:rFonts w:ascii="Times New Roman" w:eastAsia="Times New Roman" w:hAnsi="Times New Roman"/>
                <w:color w:val="000000"/>
                <w:sz w:val="20"/>
                <w:szCs w:val="20"/>
                <w:lang w:val="ru-RU"/>
              </w:rPr>
              <w:t>Контрольная</w:t>
            </w:r>
            <w:proofErr w:type="spellEnd"/>
            <w:r w:rsidRPr="0012630C">
              <w:rPr>
                <w:rFonts w:ascii="Times New Roman" w:eastAsia="Times New Roman" w:hAnsi="Times New Roman"/>
                <w:color w:val="000000"/>
                <w:sz w:val="20"/>
                <w:szCs w:val="20"/>
                <w:lang w:val="ru-RU"/>
              </w:rPr>
              <w:t xml:space="preserve"> </w:t>
            </w:r>
            <w:proofErr w:type="spellStart"/>
            <w:r w:rsidRPr="0012630C">
              <w:rPr>
                <w:rFonts w:ascii="Times New Roman" w:eastAsia="Times New Roman" w:hAnsi="Times New Roman"/>
                <w:color w:val="000000"/>
                <w:sz w:val="20"/>
                <w:szCs w:val="20"/>
                <w:lang w:val="ru-RU"/>
              </w:rPr>
              <w:t>работа</w:t>
            </w:r>
            <w:proofErr w:type="spellEnd"/>
            <w:r w:rsidRPr="0012630C">
              <w:rPr>
                <w:rFonts w:ascii="Times New Roman" w:eastAsia="Times New Roman" w:hAnsi="Times New Roman"/>
                <w:color w:val="000000"/>
                <w:sz w:val="20"/>
                <w:szCs w:val="20"/>
                <w:lang w:val="ru-RU"/>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Учи.ру</w:t>
            </w:r>
          </w:p>
        </w:tc>
      </w:tr>
      <w:tr w:rsidR="00874BE2" w:rsidRPr="0012630C">
        <w:trPr>
          <w:trHeight w:hRule="exact" w:val="90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4.6.</w:t>
            </w:r>
          </w:p>
        </w:tc>
        <w:tc>
          <w:tcPr>
            <w:tcW w:w="2906"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Периметр много угольника.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27.02.2023 28.02.2023</w:t>
            </w:r>
          </w:p>
        </w:tc>
        <w:tc>
          <w:tcPr>
            <w:tcW w:w="587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Знакомиться с примерами применения площади и периметра в практических ситуациях;</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 xml:space="preserve">Самооценка с </w:t>
            </w:r>
            <w:r w:rsidRPr="0012630C">
              <w:rPr>
                <w:rFonts w:ascii="Times New Roman" w:eastAsia="Times New Roman" w:hAnsi="Times New Roman"/>
                <w:color w:val="000000"/>
                <w:sz w:val="20"/>
                <w:szCs w:val="20"/>
                <w:lang w:val="ru-RU"/>
              </w:rPr>
              <w:br/>
              <w:t xml:space="preserve">использованием«Оценочного </w:t>
            </w:r>
            <w:r w:rsidRPr="0012630C">
              <w:rPr>
                <w:rFonts w:ascii="Times New Roman" w:eastAsia="Times New Roman" w:hAnsi="Times New Roman"/>
                <w:color w:val="000000"/>
                <w:sz w:val="20"/>
                <w:szCs w:val="20"/>
                <w:lang w:val="ru-RU"/>
              </w:rPr>
              <w:br/>
              <w:t>листа»;</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Учи.ру</w:t>
            </w:r>
          </w:p>
        </w:tc>
      </w:tr>
    </w:tbl>
    <w:p w:rsidR="00874BE2" w:rsidRPr="0012630C" w:rsidRDefault="00874BE2" w:rsidP="0012630C">
      <w:pPr>
        <w:autoSpaceDE w:val="0"/>
        <w:autoSpaceDN w:val="0"/>
        <w:spacing w:before="76" w:after="0" w:line="233" w:lineRule="auto"/>
        <w:jc w:val="center"/>
        <w:rPr>
          <w:rFonts w:ascii="Times New Roman" w:eastAsia="Times New Roman" w:hAnsi="Times New Roman"/>
          <w:color w:val="000000"/>
          <w:sz w:val="20"/>
          <w:szCs w:val="20"/>
          <w:lang w:val="ru-RU"/>
        </w:rPr>
      </w:pPr>
    </w:p>
    <w:tbl>
      <w:tblPr>
        <w:tblW w:w="0" w:type="auto"/>
        <w:tblInd w:w="6" w:type="dxa"/>
        <w:tblLayout w:type="fixed"/>
        <w:tblLook w:val="04A0"/>
      </w:tblPr>
      <w:tblGrid>
        <w:gridCol w:w="468"/>
        <w:gridCol w:w="2906"/>
        <w:gridCol w:w="528"/>
        <w:gridCol w:w="1104"/>
        <w:gridCol w:w="1142"/>
        <w:gridCol w:w="864"/>
        <w:gridCol w:w="5872"/>
        <w:gridCol w:w="1236"/>
        <w:gridCol w:w="1382"/>
      </w:tblGrid>
      <w:tr w:rsidR="00874BE2" w:rsidRPr="0012630C">
        <w:trPr>
          <w:trHeight w:hRule="exact" w:val="348"/>
        </w:trPr>
        <w:tc>
          <w:tcPr>
            <w:tcW w:w="337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10</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874BE2" w:rsidP="0012630C">
            <w:pPr>
              <w:autoSpaceDE w:val="0"/>
              <w:autoSpaceDN w:val="0"/>
              <w:spacing w:before="76" w:after="0" w:line="233" w:lineRule="auto"/>
              <w:jc w:val="center"/>
              <w:rPr>
                <w:rFonts w:ascii="Times New Roman" w:eastAsia="Times New Roman" w:hAnsi="Times New Roman"/>
                <w:color w:val="000000"/>
                <w:sz w:val="20"/>
                <w:szCs w:val="20"/>
                <w:lang w:val="ru-RU"/>
              </w:rPr>
            </w:pP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874BE2" w:rsidP="0012630C">
            <w:pPr>
              <w:autoSpaceDE w:val="0"/>
              <w:autoSpaceDN w:val="0"/>
              <w:spacing w:before="76" w:after="0" w:line="233" w:lineRule="auto"/>
              <w:jc w:val="center"/>
              <w:rPr>
                <w:rFonts w:ascii="Times New Roman" w:eastAsia="Times New Roman" w:hAnsi="Times New Roman"/>
                <w:color w:val="000000"/>
                <w:sz w:val="20"/>
                <w:szCs w:val="20"/>
                <w:lang w:val="ru-RU"/>
              </w:rPr>
            </w:pP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874BE2" w:rsidP="0012630C">
            <w:pPr>
              <w:autoSpaceDE w:val="0"/>
              <w:autoSpaceDN w:val="0"/>
              <w:spacing w:before="76" w:after="0" w:line="233" w:lineRule="auto"/>
              <w:jc w:val="center"/>
              <w:rPr>
                <w:rFonts w:ascii="Times New Roman" w:eastAsia="Times New Roman" w:hAnsi="Times New Roman"/>
                <w:color w:val="000000"/>
                <w:sz w:val="20"/>
                <w:szCs w:val="20"/>
                <w:lang w:val="ru-RU"/>
              </w:rPr>
            </w:pPr>
          </w:p>
        </w:tc>
        <w:tc>
          <w:tcPr>
            <w:tcW w:w="587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874BE2" w:rsidP="0012630C">
            <w:pPr>
              <w:autoSpaceDE w:val="0"/>
              <w:autoSpaceDN w:val="0"/>
              <w:spacing w:before="76" w:after="0" w:line="233" w:lineRule="auto"/>
              <w:jc w:val="center"/>
              <w:rPr>
                <w:rFonts w:ascii="Times New Roman" w:eastAsia="Times New Roman" w:hAnsi="Times New Roman"/>
                <w:color w:val="000000"/>
                <w:sz w:val="20"/>
                <w:szCs w:val="20"/>
                <w:lang w:val="ru-RU"/>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874BE2" w:rsidP="0012630C">
            <w:pPr>
              <w:autoSpaceDE w:val="0"/>
              <w:autoSpaceDN w:val="0"/>
              <w:spacing w:before="76" w:after="0" w:line="233" w:lineRule="auto"/>
              <w:jc w:val="center"/>
              <w:rPr>
                <w:rFonts w:ascii="Times New Roman" w:eastAsia="Times New Roman" w:hAnsi="Times New Roman"/>
                <w:color w:val="000000"/>
                <w:sz w:val="20"/>
                <w:szCs w:val="20"/>
                <w:lang w:val="ru-RU"/>
              </w:rPr>
            </w:pP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874BE2" w:rsidP="0012630C">
            <w:pPr>
              <w:autoSpaceDE w:val="0"/>
              <w:autoSpaceDN w:val="0"/>
              <w:spacing w:before="76" w:after="0" w:line="233" w:lineRule="auto"/>
              <w:jc w:val="center"/>
              <w:rPr>
                <w:rFonts w:ascii="Times New Roman" w:eastAsia="Times New Roman" w:hAnsi="Times New Roman"/>
                <w:color w:val="000000"/>
                <w:sz w:val="20"/>
                <w:szCs w:val="20"/>
                <w:lang w:val="ru-RU"/>
              </w:rPr>
            </w:pPr>
          </w:p>
        </w:tc>
      </w:tr>
      <w:tr w:rsidR="00874BE2">
        <w:trPr>
          <w:trHeight w:hRule="exact" w:val="34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Default="00CF7AB1">
            <w:pPr>
              <w:autoSpaceDE w:val="0"/>
              <w:autoSpaceDN w:val="0"/>
              <w:spacing w:before="78" w:after="0" w:line="230" w:lineRule="auto"/>
              <w:ind w:left="72"/>
            </w:pPr>
            <w:r>
              <w:rPr>
                <w:rFonts w:ascii="Times New Roman" w:eastAsia="Times New Roman" w:hAnsi="Times New Roman"/>
                <w:color w:val="000000"/>
                <w:w w:val="97"/>
                <w:sz w:val="16"/>
              </w:rPr>
              <w:t>Раздел 5.</w:t>
            </w:r>
            <w:r>
              <w:rPr>
                <w:rFonts w:ascii="Times New Roman" w:eastAsia="Times New Roman" w:hAnsi="Times New Roman"/>
                <w:b/>
                <w:color w:val="221F1F"/>
                <w:w w:val="97"/>
                <w:sz w:val="16"/>
              </w:rPr>
              <w:t xml:space="preserve">Десятичные дроби </w:t>
            </w:r>
          </w:p>
        </w:tc>
      </w:tr>
      <w:tr w:rsidR="00874BE2">
        <w:trPr>
          <w:trHeight w:hRule="exact" w:val="924"/>
        </w:trPr>
        <w:tc>
          <w:tcPr>
            <w:tcW w:w="468" w:type="dxa"/>
            <w:tcBorders>
              <w:top w:val="single" w:sz="4" w:space="0" w:color="000000"/>
              <w:left w:val="single" w:sz="4" w:space="0" w:color="000000"/>
              <w:bottom w:val="single" w:sz="5"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5.1.</w:t>
            </w:r>
          </w:p>
        </w:tc>
        <w:tc>
          <w:tcPr>
            <w:tcW w:w="2906" w:type="dxa"/>
            <w:tcBorders>
              <w:top w:val="single" w:sz="4" w:space="0" w:color="000000"/>
              <w:left w:val="single" w:sz="4" w:space="0" w:color="000000"/>
              <w:bottom w:val="single" w:sz="5"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Десятичная запись дробей.</w:t>
            </w:r>
          </w:p>
        </w:tc>
        <w:tc>
          <w:tcPr>
            <w:tcW w:w="528" w:type="dxa"/>
            <w:tcBorders>
              <w:top w:val="single" w:sz="4" w:space="0" w:color="000000"/>
              <w:left w:val="single" w:sz="4" w:space="0" w:color="000000"/>
              <w:bottom w:val="single" w:sz="5"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4</w:t>
            </w:r>
          </w:p>
        </w:tc>
        <w:tc>
          <w:tcPr>
            <w:tcW w:w="1104" w:type="dxa"/>
            <w:tcBorders>
              <w:top w:val="single" w:sz="4" w:space="0" w:color="000000"/>
              <w:left w:val="single" w:sz="4" w:space="0" w:color="000000"/>
              <w:bottom w:val="single" w:sz="5"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0</w:t>
            </w:r>
          </w:p>
        </w:tc>
        <w:tc>
          <w:tcPr>
            <w:tcW w:w="1142" w:type="dxa"/>
            <w:tcBorders>
              <w:top w:val="single" w:sz="4" w:space="0" w:color="000000"/>
              <w:left w:val="single" w:sz="4" w:space="0" w:color="000000"/>
              <w:bottom w:val="single" w:sz="5"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0</w:t>
            </w:r>
          </w:p>
        </w:tc>
        <w:tc>
          <w:tcPr>
            <w:tcW w:w="864" w:type="dxa"/>
            <w:tcBorders>
              <w:top w:val="single" w:sz="4" w:space="0" w:color="000000"/>
              <w:left w:val="single" w:sz="4" w:space="0" w:color="000000"/>
              <w:bottom w:val="single" w:sz="5"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01.03.2023 06.03.2023</w:t>
            </w:r>
          </w:p>
        </w:tc>
        <w:tc>
          <w:tcPr>
            <w:tcW w:w="5872" w:type="dxa"/>
            <w:tcBorders>
              <w:top w:val="single" w:sz="4" w:space="0" w:color="000000"/>
              <w:left w:val="single" w:sz="4" w:space="0" w:color="000000"/>
              <w:bottom w:val="single" w:sz="5"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ind w:right="432"/>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Представлять десятичную дробь в виде обыкновенной, читать и записывать, сравнивать десятичные дроби, предлагать, обосновывать и обсуждать способы упорядочивания десятичных дробей;</w:t>
            </w:r>
          </w:p>
        </w:tc>
        <w:tc>
          <w:tcPr>
            <w:tcW w:w="1236" w:type="dxa"/>
            <w:tcBorders>
              <w:top w:val="single" w:sz="4" w:space="0" w:color="000000"/>
              <w:left w:val="single" w:sz="4" w:space="0" w:color="000000"/>
              <w:bottom w:val="single" w:sz="5"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 xml:space="preserve">Самооценка с </w:t>
            </w:r>
            <w:r w:rsidRPr="0012630C">
              <w:rPr>
                <w:rFonts w:ascii="Times New Roman" w:eastAsia="Times New Roman" w:hAnsi="Times New Roman"/>
                <w:color w:val="000000"/>
                <w:sz w:val="20"/>
                <w:szCs w:val="20"/>
                <w:lang w:val="ru-RU"/>
              </w:rPr>
              <w:br/>
              <w:t xml:space="preserve">использованием«Оценочного </w:t>
            </w:r>
            <w:r w:rsidRPr="0012630C">
              <w:rPr>
                <w:rFonts w:ascii="Times New Roman" w:eastAsia="Times New Roman" w:hAnsi="Times New Roman"/>
                <w:color w:val="000000"/>
                <w:sz w:val="20"/>
                <w:szCs w:val="20"/>
                <w:lang w:val="ru-RU"/>
              </w:rPr>
              <w:br/>
              <w:t>листа»;</w:t>
            </w:r>
          </w:p>
        </w:tc>
        <w:tc>
          <w:tcPr>
            <w:tcW w:w="1382" w:type="dxa"/>
            <w:tcBorders>
              <w:top w:val="single" w:sz="4" w:space="0" w:color="000000"/>
              <w:left w:val="single" w:sz="4" w:space="0" w:color="000000"/>
              <w:bottom w:val="single" w:sz="5"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Учи.ру</w:t>
            </w:r>
          </w:p>
        </w:tc>
      </w:tr>
      <w:tr w:rsidR="00874BE2">
        <w:trPr>
          <w:trHeight w:hRule="exact" w:val="734"/>
        </w:trPr>
        <w:tc>
          <w:tcPr>
            <w:tcW w:w="468" w:type="dxa"/>
            <w:tcBorders>
              <w:top w:val="single" w:sz="5" w:space="0" w:color="000000"/>
              <w:left w:val="single" w:sz="4" w:space="0" w:color="000000"/>
              <w:bottom w:val="single" w:sz="4" w:space="0" w:color="000000"/>
              <w:right w:val="single" w:sz="4" w:space="0" w:color="000000"/>
            </w:tcBorders>
            <w:tcMar>
              <w:left w:w="0" w:type="dxa"/>
              <w:right w:w="0" w:type="dxa"/>
            </w:tcMar>
          </w:tcPr>
          <w:p w:rsidR="00874BE2" w:rsidRDefault="00CF7AB1">
            <w:pPr>
              <w:autoSpaceDE w:val="0"/>
              <w:autoSpaceDN w:val="0"/>
              <w:spacing w:before="76" w:after="0" w:line="230" w:lineRule="auto"/>
              <w:jc w:val="center"/>
            </w:pPr>
            <w:r>
              <w:rPr>
                <w:rFonts w:ascii="Times New Roman" w:eastAsia="Times New Roman" w:hAnsi="Times New Roman"/>
                <w:color w:val="000000"/>
                <w:w w:val="97"/>
                <w:sz w:val="16"/>
              </w:rPr>
              <w:t>5.2.</w:t>
            </w:r>
          </w:p>
        </w:tc>
        <w:tc>
          <w:tcPr>
            <w:tcW w:w="2906" w:type="dxa"/>
            <w:tcBorders>
              <w:top w:val="single" w:sz="5"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Сравнение десятичных дробей.</w:t>
            </w:r>
          </w:p>
        </w:tc>
        <w:tc>
          <w:tcPr>
            <w:tcW w:w="528" w:type="dxa"/>
            <w:tcBorders>
              <w:top w:val="single" w:sz="5"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4</w:t>
            </w:r>
          </w:p>
        </w:tc>
        <w:tc>
          <w:tcPr>
            <w:tcW w:w="1104" w:type="dxa"/>
            <w:tcBorders>
              <w:top w:val="single" w:sz="5"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0</w:t>
            </w:r>
          </w:p>
        </w:tc>
        <w:tc>
          <w:tcPr>
            <w:tcW w:w="1142" w:type="dxa"/>
            <w:tcBorders>
              <w:top w:val="single" w:sz="5"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0</w:t>
            </w:r>
          </w:p>
        </w:tc>
        <w:tc>
          <w:tcPr>
            <w:tcW w:w="864" w:type="dxa"/>
            <w:tcBorders>
              <w:top w:val="single" w:sz="5"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07.03.2023 13.03.2023</w:t>
            </w:r>
          </w:p>
        </w:tc>
        <w:tc>
          <w:tcPr>
            <w:tcW w:w="5872" w:type="dxa"/>
            <w:tcBorders>
              <w:top w:val="single" w:sz="5"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ind w:right="432"/>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Представлять десятичную дробь в виде обыкновенной, читать и записывать, сравнивать десятичные дроби, предлагать, обосновывать и обсуждать способы упорядочивания десятичных дробей;</w:t>
            </w:r>
          </w:p>
        </w:tc>
        <w:tc>
          <w:tcPr>
            <w:tcW w:w="1236" w:type="dxa"/>
            <w:tcBorders>
              <w:top w:val="single" w:sz="5"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ind w:right="288"/>
              <w:jc w:val="center"/>
              <w:rPr>
                <w:rFonts w:ascii="Times New Roman" w:eastAsia="Times New Roman" w:hAnsi="Times New Roman"/>
                <w:color w:val="000000"/>
                <w:sz w:val="20"/>
                <w:szCs w:val="20"/>
                <w:lang w:val="ru-RU"/>
              </w:rPr>
            </w:pPr>
            <w:proofErr w:type="spellStart"/>
            <w:r w:rsidRPr="0012630C">
              <w:rPr>
                <w:rFonts w:ascii="Times New Roman" w:eastAsia="Times New Roman" w:hAnsi="Times New Roman"/>
                <w:color w:val="000000"/>
                <w:sz w:val="20"/>
                <w:szCs w:val="20"/>
                <w:lang w:val="ru-RU"/>
              </w:rPr>
              <w:t>Письменный</w:t>
            </w:r>
            <w:proofErr w:type="spellEnd"/>
            <w:r w:rsidRPr="0012630C">
              <w:rPr>
                <w:rFonts w:ascii="Times New Roman" w:eastAsia="Times New Roman" w:hAnsi="Times New Roman"/>
                <w:color w:val="000000"/>
                <w:sz w:val="20"/>
                <w:szCs w:val="20"/>
                <w:lang w:val="ru-RU"/>
              </w:rPr>
              <w:t xml:space="preserve"> </w:t>
            </w:r>
            <w:proofErr w:type="spellStart"/>
            <w:r w:rsidRPr="0012630C">
              <w:rPr>
                <w:rFonts w:ascii="Times New Roman" w:eastAsia="Times New Roman" w:hAnsi="Times New Roman"/>
                <w:color w:val="000000"/>
                <w:sz w:val="20"/>
                <w:szCs w:val="20"/>
                <w:lang w:val="ru-RU"/>
              </w:rPr>
              <w:t>контроль</w:t>
            </w:r>
            <w:proofErr w:type="spellEnd"/>
            <w:r w:rsidRPr="0012630C">
              <w:rPr>
                <w:rFonts w:ascii="Times New Roman" w:eastAsia="Times New Roman" w:hAnsi="Times New Roman"/>
                <w:color w:val="000000"/>
                <w:sz w:val="20"/>
                <w:szCs w:val="20"/>
                <w:lang w:val="ru-RU"/>
              </w:rPr>
              <w:t>;</w:t>
            </w:r>
          </w:p>
        </w:tc>
        <w:tc>
          <w:tcPr>
            <w:tcW w:w="1382" w:type="dxa"/>
            <w:tcBorders>
              <w:top w:val="single" w:sz="5"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Учи.ру</w:t>
            </w:r>
          </w:p>
        </w:tc>
      </w:tr>
      <w:tr w:rsidR="00874BE2">
        <w:trPr>
          <w:trHeight w:hRule="exact" w:val="73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Default="00CF7AB1">
            <w:pPr>
              <w:autoSpaceDE w:val="0"/>
              <w:autoSpaceDN w:val="0"/>
              <w:spacing w:before="76" w:after="0" w:line="233" w:lineRule="auto"/>
              <w:jc w:val="center"/>
            </w:pPr>
            <w:r>
              <w:rPr>
                <w:rFonts w:ascii="Times New Roman" w:eastAsia="Times New Roman" w:hAnsi="Times New Roman"/>
                <w:color w:val="000000"/>
                <w:w w:val="97"/>
                <w:sz w:val="16"/>
              </w:rPr>
              <w:t>5.3.</w:t>
            </w:r>
          </w:p>
        </w:tc>
        <w:tc>
          <w:tcPr>
            <w:tcW w:w="2906"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Действия с десятичными дробями.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9</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1</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45"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14.03.2023 24.03.2023</w:t>
            </w:r>
          </w:p>
        </w:tc>
        <w:tc>
          <w:tcPr>
            <w:tcW w:w="587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45" w:lineRule="auto"/>
              <w:ind w:right="144"/>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Выполнять арифметические действия с десятичными дробями; выполнять прикидку и оценку результата вычислений;</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45" w:lineRule="auto"/>
              <w:ind w:right="288"/>
              <w:jc w:val="center"/>
              <w:rPr>
                <w:rFonts w:ascii="Times New Roman" w:eastAsia="Times New Roman" w:hAnsi="Times New Roman"/>
                <w:color w:val="000000"/>
                <w:sz w:val="20"/>
                <w:szCs w:val="20"/>
                <w:lang w:val="ru-RU"/>
              </w:rPr>
            </w:pPr>
            <w:proofErr w:type="spellStart"/>
            <w:r w:rsidRPr="0012630C">
              <w:rPr>
                <w:rFonts w:ascii="Times New Roman" w:eastAsia="Times New Roman" w:hAnsi="Times New Roman"/>
                <w:color w:val="000000"/>
                <w:sz w:val="20"/>
                <w:szCs w:val="20"/>
                <w:lang w:val="ru-RU"/>
              </w:rPr>
              <w:t>Контрольная</w:t>
            </w:r>
            <w:proofErr w:type="spellEnd"/>
            <w:r w:rsidRPr="0012630C">
              <w:rPr>
                <w:rFonts w:ascii="Times New Roman" w:eastAsia="Times New Roman" w:hAnsi="Times New Roman"/>
                <w:color w:val="000000"/>
                <w:sz w:val="20"/>
                <w:szCs w:val="20"/>
                <w:lang w:val="ru-RU"/>
              </w:rPr>
              <w:t xml:space="preserve"> </w:t>
            </w:r>
            <w:proofErr w:type="spellStart"/>
            <w:r w:rsidRPr="0012630C">
              <w:rPr>
                <w:rFonts w:ascii="Times New Roman" w:eastAsia="Times New Roman" w:hAnsi="Times New Roman"/>
                <w:color w:val="000000"/>
                <w:sz w:val="20"/>
                <w:szCs w:val="20"/>
                <w:lang w:val="ru-RU"/>
              </w:rPr>
              <w:t>работа</w:t>
            </w:r>
            <w:proofErr w:type="spellEnd"/>
            <w:r w:rsidRPr="0012630C">
              <w:rPr>
                <w:rFonts w:ascii="Times New Roman" w:eastAsia="Times New Roman" w:hAnsi="Times New Roman"/>
                <w:color w:val="000000"/>
                <w:sz w:val="20"/>
                <w:szCs w:val="20"/>
                <w:lang w:val="ru-RU"/>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Учи.ру.</w:t>
            </w:r>
          </w:p>
          <w:p w:rsidR="00874BE2" w:rsidRPr="0012630C" w:rsidRDefault="00CF7AB1" w:rsidP="0012630C">
            <w:pPr>
              <w:autoSpaceDE w:val="0"/>
              <w:autoSpaceDN w:val="0"/>
              <w:spacing w:before="18" w:after="0" w:line="245" w:lineRule="auto"/>
              <w:ind w:right="432"/>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мультурок. инфоурок</w:t>
            </w:r>
          </w:p>
        </w:tc>
      </w:tr>
      <w:tr w:rsidR="00874BE2">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Default="00CF7AB1">
            <w:pPr>
              <w:autoSpaceDE w:val="0"/>
              <w:autoSpaceDN w:val="0"/>
              <w:spacing w:before="76" w:after="0" w:line="233" w:lineRule="auto"/>
              <w:jc w:val="center"/>
            </w:pPr>
            <w:r>
              <w:rPr>
                <w:rFonts w:ascii="Times New Roman" w:eastAsia="Times New Roman" w:hAnsi="Times New Roman"/>
                <w:color w:val="000000"/>
                <w:w w:val="97"/>
                <w:sz w:val="16"/>
              </w:rPr>
              <w:t>.5.4.</w:t>
            </w:r>
          </w:p>
        </w:tc>
        <w:tc>
          <w:tcPr>
            <w:tcW w:w="2906"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Округление десятичных дробей.</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5</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1</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45"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03.04.2023 07.04.2023</w:t>
            </w:r>
          </w:p>
        </w:tc>
        <w:tc>
          <w:tcPr>
            <w:tcW w:w="587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Применять правило округления десятичных дробей;</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45" w:lineRule="auto"/>
              <w:ind w:right="288"/>
              <w:jc w:val="center"/>
              <w:rPr>
                <w:rFonts w:ascii="Times New Roman" w:eastAsia="Times New Roman" w:hAnsi="Times New Roman"/>
                <w:color w:val="000000"/>
                <w:sz w:val="20"/>
                <w:szCs w:val="20"/>
                <w:lang w:val="ru-RU"/>
              </w:rPr>
            </w:pPr>
            <w:proofErr w:type="spellStart"/>
            <w:r w:rsidRPr="0012630C">
              <w:rPr>
                <w:rFonts w:ascii="Times New Roman" w:eastAsia="Times New Roman" w:hAnsi="Times New Roman"/>
                <w:color w:val="000000"/>
                <w:sz w:val="20"/>
                <w:szCs w:val="20"/>
                <w:lang w:val="ru-RU"/>
              </w:rPr>
              <w:t>Контрольная</w:t>
            </w:r>
            <w:proofErr w:type="spellEnd"/>
            <w:r w:rsidRPr="0012630C">
              <w:rPr>
                <w:rFonts w:ascii="Times New Roman" w:eastAsia="Times New Roman" w:hAnsi="Times New Roman"/>
                <w:color w:val="000000"/>
                <w:sz w:val="20"/>
                <w:szCs w:val="20"/>
                <w:lang w:val="ru-RU"/>
              </w:rPr>
              <w:t xml:space="preserve"> </w:t>
            </w:r>
            <w:proofErr w:type="spellStart"/>
            <w:r w:rsidRPr="0012630C">
              <w:rPr>
                <w:rFonts w:ascii="Times New Roman" w:eastAsia="Times New Roman" w:hAnsi="Times New Roman"/>
                <w:color w:val="000000"/>
                <w:sz w:val="20"/>
                <w:szCs w:val="20"/>
                <w:lang w:val="ru-RU"/>
              </w:rPr>
              <w:t>работа</w:t>
            </w:r>
            <w:proofErr w:type="spellEnd"/>
            <w:r w:rsidRPr="0012630C">
              <w:rPr>
                <w:rFonts w:ascii="Times New Roman" w:eastAsia="Times New Roman" w:hAnsi="Times New Roman"/>
                <w:color w:val="000000"/>
                <w:sz w:val="20"/>
                <w:szCs w:val="20"/>
                <w:lang w:val="ru-RU"/>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Учи.ру</w:t>
            </w:r>
          </w:p>
        </w:tc>
      </w:tr>
      <w:tr w:rsidR="00874BE2">
        <w:trPr>
          <w:trHeight w:hRule="exact" w:val="73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lastRenderedPageBreak/>
              <w:t>5.5.</w:t>
            </w:r>
          </w:p>
        </w:tc>
        <w:tc>
          <w:tcPr>
            <w:tcW w:w="2906"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ind w:left="72" w:right="144"/>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Решение текстовых задач, содержащих дроби.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7</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1</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10.04.2023 18.04.2023</w:t>
            </w:r>
          </w:p>
        </w:tc>
        <w:tc>
          <w:tcPr>
            <w:tcW w:w="587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 xml:space="preserve">Моделировать ход решения задачи с помощью рисунка, схемы, таблицы. </w:t>
            </w:r>
            <w:proofErr w:type="spellStart"/>
            <w:r w:rsidRPr="0012630C">
              <w:rPr>
                <w:rFonts w:ascii="Times New Roman" w:eastAsia="Times New Roman" w:hAnsi="Times New Roman"/>
                <w:color w:val="000000"/>
                <w:sz w:val="20"/>
                <w:szCs w:val="20"/>
                <w:lang w:val="ru-RU"/>
              </w:rPr>
              <w:t>Приводить</w:t>
            </w:r>
            <w:proofErr w:type="spellEnd"/>
            <w:r w:rsidRPr="0012630C">
              <w:rPr>
                <w:rFonts w:ascii="Times New Roman" w:eastAsia="Times New Roman" w:hAnsi="Times New Roman"/>
                <w:color w:val="000000"/>
                <w:sz w:val="20"/>
                <w:szCs w:val="20"/>
                <w:lang w:val="ru-RU"/>
              </w:rPr>
              <w:t xml:space="preserve">, </w:t>
            </w:r>
            <w:proofErr w:type="spellStart"/>
            <w:r w:rsidRPr="0012630C">
              <w:rPr>
                <w:rFonts w:ascii="Times New Roman" w:eastAsia="Times New Roman" w:hAnsi="Times New Roman"/>
                <w:color w:val="000000"/>
                <w:sz w:val="20"/>
                <w:szCs w:val="20"/>
                <w:lang w:val="ru-RU"/>
              </w:rPr>
              <w:t>разбирать</w:t>
            </w:r>
            <w:proofErr w:type="spellEnd"/>
            <w:r w:rsidRPr="0012630C">
              <w:rPr>
                <w:rFonts w:ascii="Times New Roman" w:eastAsia="Times New Roman" w:hAnsi="Times New Roman"/>
                <w:color w:val="000000"/>
                <w:sz w:val="20"/>
                <w:szCs w:val="20"/>
                <w:lang w:val="ru-RU"/>
              </w:rPr>
              <w:t xml:space="preserve">, </w:t>
            </w:r>
            <w:proofErr w:type="spellStart"/>
            <w:r w:rsidRPr="0012630C">
              <w:rPr>
                <w:rFonts w:ascii="Times New Roman" w:eastAsia="Times New Roman" w:hAnsi="Times New Roman"/>
                <w:color w:val="000000"/>
                <w:sz w:val="20"/>
                <w:szCs w:val="20"/>
                <w:lang w:val="ru-RU"/>
              </w:rPr>
              <w:t>оценивать</w:t>
            </w:r>
            <w:proofErr w:type="spellEnd"/>
            <w:r w:rsidRPr="0012630C">
              <w:rPr>
                <w:rFonts w:ascii="Times New Roman" w:eastAsia="Times New Roman" w:hAnsi="Times New Roman"/>
                <w:color w:val="000000"/>
                <w:sz w:val="20"/>
                <w:szCs w:val="20"/>
                <w:lang w:val="ru-RU"/>
              </w:rPr>
              <w:t xml:space="preserve"> </w:t>
            </w:r>
            <w:proofErr w:type="spellStart"/>
            <w:r w:rsidRPr="0012630C">
              <w:rPr>
                <w:rFonts w:ascii="Times New Roman" w:eastAsia="Times New Roman" w:hAnsi="Times New Roman"/>
                <w:color w:val="000000"/>
                <w:sz w:val="20"/>
                <w:szCs w:val="20"/>
                <w:lang w:val="ru-RU"/>
              </w:rPr>
              <w:t>различные</w:t>
            </w:r>
            <w:proofErr w:type="spellEnd"/>
            <w:r w:rsidRPr="0012630C">
              <w:rPr>
                <w:rFonts w:ascii="Times New Roman" w:eastAsia="Times New Roman" w:hAnsi="Times New Roman"/>
                <w:color w:val="000000"/>
                <w:sz w:val="20"/>
                <w:szCs w:val="20"/>
                <w:lang w:val="ru-RU"/>
              </w:rPr>
              <w:t xml:space="preserve"> решения, записи решений текстовых задач;</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ind w:left="72" w:right="288"/>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Контрольная работа;</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ind w:left="72" w:right="43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 xml:space="preserve">Учи.ру </w:t>
            </w:r>
            <w:r w:rsidRPr="0012630C">
              <w:rPr>
                <w:rFonts w:ascii="Times New Roman" w:eastAsia="Times New Roman" w:hAnsi="Times New Roman"/>
                <w:color w:val="000000"/>
                <w:sz w:val="20"/>
                <w:szCs w:val="20"/>
                <w:lang w:val="ru-RU"/>
              </w:rPr>
              <w:br/>
              <w:t>Мультиурок Инфоурок</w:t>
            </w:r>
          </w:p>
        </w:tc>
      </w:tr>
      <w:tr w:rsidR="00874BE2">
        <w:trPr>
          <w:trHeight w:hRule="exact" w:val="924"/>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5.6.</w:t>
            </w:r>
          </w:p>
        </w:tc>
        <w:tc>
          <w:tcPr>
            <w:tcW w:w="2906"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Основные за дачи на дроби.</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9</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19.04.2023 03.05.2023</w:t>
            </w:r>
          </w:p>
        </w:tc>
        <w:tc>
          <w:tcPr>
            <w:tcW w:w="587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ind w:left="72" w:right="43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Решать текстовые задачи, содержащие дробные данные, и на нахождение части целого и целого по его части; выявлять их сходства и различия;</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 xml:space="preserve">Самооценка с </w:t>
            </w:r>
            <w:r w:rsidRPr="0012630C">
              <w:rPr>
                <w:rFonts w:ascii="Times New Roman" w:eastAsia="Times New Roman" w:hAnsi="Times New Roman"/>
                <w:color w:val="000000"/>
                <w:sz w:val="20"/>
                <w:szCs w:val="20"/>
                <w:lang w:val="ru-RU"/>
              </w:rPr>
              <w:br/>
              <w:t xml:space="preserve">использованием«Оценочного </w:t>
            </w:r>
            <w:r w:rsidRPr="0012630C">
              <w:rPr>
                <w:rFonts w:ascii="Times New Roman" w:eastAsia="Times New Roman" w:hAnsi="Times New Roman"/>
                <w:color w:val="000000"/>
                <w:sz w:val="20"/>
                <w:szCs w:val="20"/>
                <w:lang w:val="ru-RU"/>
              </w:rPr>
              <w:br/>
              <w:t>листа»;</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Учи.ру</w:t>
            </w:r>
          </w:p>
        </w:tc>
      </w:tr>
      <w:tr w:rsidR="00874BE2">
        <w:trPr>
          <w:trHeight w:hRule="exact" w:val="350"/>
        </w:trPr>
        <w:tc>
          <w:tcPr>
            <w:tcW w:w="337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Default="00CF7AB1" w:rsidP="0012630C">
            <w:pPr>
              <w:autoSpaceDE w:val="0"/>
              <w:autoSpaceDN w:val="0"/>
              <w:spacing w:before="76" w:after="0" w:line="233" w:lineRule="auto"/>
              <w:jc w:val="center"/>
            </w:pPr>
            <w:r w:rsidRPr="0012630C">
              <w:rPr>
                <w:rFonts w:ascii="Times New Roman" w:eastAsia="Times New Roman" w:hAnsi="Times New Roman"/>
                <w:color w:val="000000"/>
                <w:sz w:val="20"/>
                <w:szCs w:val="20"/>
                <w:lang w:val="ru-RU"/>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Default="00CF7AB1">
            <w:pPr>
              <w:autoSpaceDE w:val="0"/>
              <w:autoSpaceDN w:val="0"/>
              <w:spacing w:before="78" w:after="0" w:line="230" w:lineRule="auto"/>
              <w:ind w:left="72"/>
            </w:pPr>
            <w:r>
              <w:rPr>
                <w:rFonts w:ascii="Times New Roman" w:eastAsia="Times New Roman" w:hAnsi="Times New Roman"/>
                <w:color w:val="000000"/>
                <w:w w:val="97"/>
                <w:sz w:val="16"/>
              </w:rPr>
              <w:t>38</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Default="00874BE2"/>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Default="00874BE2"/>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Default="00874BE2"/>
        </w:tc>
        <w:tc>
          <w:tcPr>
            <w:tcW w:w="587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Default="00874BE2"/>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Default="00874BE2"/>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Default="00874BE2"/>
        </w:tc>
      </w:tr>
      <w:tr w:rsidR="00874BE2" w:rsidRPr="00092668">
        <w:trPr>
          <w:trHeight w:hRule="exact" w:val="348"/>
        </w:trPr>
        <w:tc>
          <w:tcPr>
            <w:tcW w:w="15502" w:type="dxa"/>
            <w:gridSpan w:val="9"/>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9D03A9" w:rsidRDefault="00CF7AB1">
            <w:pPr>
              <w:autoSpaceDE w:val="0"/>
              <w:autoSpaceDN w:val="0"/>
              <w:spacing w:before="76" w:after="0" w:line="233" w:lineRule="auto"/>
              <w:ind w:left="72"/>
              <w:rPr>
                <w:lang w:val="ru-RU"/>
              </w:rPr>
            </w:pPr>
            <w:r w:rsidRPr="009D03A9">
              <w:rPr>
                <w:rFonts w:ascii="Times New Roman" w:eastAsia="Times New Roman" w:hAnsi="Times New Roman"/>
                <w:b/>
                <w:color w:val="221F1F"/>
                <w:w w:val="97"/>
                <w:sz w:val="16"/>
                <w:lang w:val="ru-RU"/>
              </w:rPr>
              <w:t xml:space="preserve">Раздел 6. Наглядная геометрия. Тела и фигуры в пространстве </w:t>
            </w:r>
          </w:p>
        </w:tc>
      </w:tr>
      <w:tr w:rsidR="00874BE2">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6.1.</w:t>
            </w:r>
          </w:p>
        </w:tc>
        <w:tc>
          <w:tcPr>
            <w:tcW w:w="2906"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 xml:space="preserve">Многогранники. </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04.05.2023</w:t>
            </w:r>
          </w:p>
        </w:tc>
        <w:tc>
          <w:tcPr>
            <w:tcW w:w="587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45" w:lineRule="auto"/>
              <w:ind w:left="72" w:right="288"/>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Приводить примеры объектов реального мира, имеющих форму многогранника, прямоугольного параллелепипеда, куба;</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33" w:lineRule="auto"/>
              <w:ind w:left="72"/>
              <w:rPr>
                <w:rFonts w:ascii="Times New Roman" w:eastAsia="Times New Roman" w:hAnsi="Times New Roman"/>
                <w:color w:val="000000"/>
                <w:sz w:val="20"/>
                <w:szCs w:val="20"/>
                <w:lang w:val="ru-RU"/>
              </w:rPr>
            </w:pPr>
            <w:proofErr w:type="spellStart"/>
            <w:r w:rsidRPr="0012630C">
              <w:rPr>
                <w:rFonts w:ascii="Times New Roman" w:eastAsia="Times New Roman" w:hAnsi="Times New Roman"/>
                <w:color w:val="000000"/>
                <w:sz w:val="20"/>
                <w:szCs w:val="20"/>
                <w:lang w:val="ru-RU"/>
              </w:rPr>
              <w:t>Устный</w:t>
            </w:r>
            <w:proofErr w:type="spellEnd"/>
            <w:r w:rsidRPr="0012630C">
              <w:rPr>
                <w:rFonts w:ascii="Times New Roman" w:eastAsia="Times New Roman" w:hAnsi="Times New Roman"/>
                <w:color w:val="000000"/>
                <w:sz w:val="20"/>
                <w:szCs w:val="20"/>
                <w:lang w:val="ru-RU"/>
              </w:rPr>
              <w:t xml:space="preserve"> </w:t>
            </w:r>
            <w:proofErr w:type="spellStart"/>
            <w:r w:rsidRPr="0012630C">
              <w:rPr>
                <w:rFonts w:ascii="Times New Roman" w:eastAsia="Times New Roman" w:hAnsi="Times New Roman"/>
                <w:color w:val="000000"/>
                <w:sz w:val="20"/>
                <w:szCs w:val="20"/>
                <w:lang w:val="ru-RU"/>
              </w:rPr>
              <w:t>опрос</w:t>
            </w:r>
            <w:proofErr w:type="spellEnd"/>
            <w:r w:rsidRPr="0012630C">
              <w:rPr>
                <w:rFonts w:ascii="Times New Roman" w:eastAsia="Times New Roman" w:hAnsi="Times New Roman"/>
                <w:color w:val="000000"/>
                <w:sz w:val="20"/>
                <w:szCs w:val="20"/>
                <w:lang w:val="ru-RU"/>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РЭШ</w:t>
            </w:r>
          </w:p>
        </w:tc>
      </w:tr>
      <w:tr w:rsidR="00874BE2">
        <w:trPr>
          <w:trHeight w:hRule="exact" w:val="348"/>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6.2.</w:t>
            </w:r>
          </w:p>
        </w:tc>
        <w:tc>
          <w:tcPr>
            <w:tcW w:w="2906"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Изображение многогранников.</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05.05.2023</w:t>
            </w:r>
          </w:p>
        </w:tc>
        <w:tc>
          <w:tcPr>
            <w:tcW w:w="587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Изображать куб на клетчатой бумаге;</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33" w:lineRule="auto"/>
              <w:ind w:left="72"/>
              <w:rPr>
                <w:rFonts w:ascii="Times New Roman" w:eastAsia="Times New Roman" w:hAnsi="Times New Roman"/>
                <w:color w:val="000000"/>
                <w:sz w:val="20"/>
                <w:szCs w:val="20"/>
                <w:lang w:val="ru-RU"/>
              </w:rPr>
            </w:pPr>
            <w:proofErr w:type="spellStart"/>
            <w:r w:rsidRPr="0012630C">
              <w:rPr>
                <w:rFonts w:ascii="Times New Roman" w:eastAsia="Times New Roman" w:hAnsi="Times New Roman"/>
                <w:color w:val="000000"/>
                <w:sz w:val="20"/>
                <w:szCs w:val="20"/>
                <w:lang w:val="ru-RU"/>
              </w:rPr>
              <w:t>Устный</w:t>
            </w:r>
            <w:proofErr w:type="spellEnd"/>
            <w:r w:rsidRPr="0012630C">
              <w:rPr>
                <w:rFonts w:ascii="Times New Roman" w:eastAsia="Times New Roman" w:hAnsi="Times New Roman"/>
                <w:color w:val="000000"/>
                <w:sz w:val="20"/>
                <w:szCs w:val="20"/>
                <w:lang w:val="ru-RU"/>
              </w:rPr>
              <w:t xml:space="preserve"> </w:t>
            </w:r>
            <w:proofErr w:type="spellStart"/>
            <w:r w:rsidRPr="0012630C">
              <w:rPr>
                <w:rFonts w:ascii="Times New Roman" w:eastAsia="Times New Roman" w:hAnsi="Times New Roman"/>
                <w:color w:val="000000"/>
                <w:sz w:val="20"/>
                <w:szCs w:val="20"/>
                <w:lang w:val="ru-RU"/>
              </w:rPr>
              <w:t>опрос</w:t>
            </w:r>
            <w:proofErr w:type="spellEnd"/>
            <w:r w:rsidRPr="0012630C">
              <w:rPr>
                <w:rFonts w:ascii="Times New Roman" w:eastAsia="Times New Roman" w:hAnsi="Times New Roman"/>
                <w:color w:val="000000"/>
                <w:sz w:val="20"/>
                <w:szCs w:val="20"/>
                <w:lang w:val="ru-RU"/>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Мультиурок</w:t>
            </w:r>
          </w:p>
        </w:tc>
      </w:tr>
      <w:tr w:rsidR="00874BE2">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6.3.</w:t>
            </w:r>
          </w:p>
        </w:tc>
        <w:tc>
          <w:tcPr>
            <w:tcW w:w="2906"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Модели пространственных тел.</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08.05.2023</w:t>
            </w:r>
          </w:p>
        </w:tc>
        <w:tc>
          <w:tcPr>
            <w:tcW w:w="587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45" w:lineRule="auto"/>
              <w:ind w:left="72" w:right="288"/>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Приводить примеры объектов реального мира, имеющих форму многогранника, прямоугольного параллелепипеда, куба;</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33" w:lineRule="auto"/>
              <w:ind w:left="72"/>
              <w:rPr>
                <w:rFonts w:ascii="Times New Roman" w:eastAsia="Times New Roman" w:hAnsi="Times New Roman"/>
                <w:color w:val="000000"/>
                <w:sz w:val="20"/>
                <w:szCs w:val="20"/>
                <w:lang w:val="ru-RU"/>
              </w:rPr>
            </w:pPr>
            <w:proofErr w:type="spellStart"/>
            <w:r w:rsidRPr="0012630C">
              <w:rPr>
                <w:rFonts w:ascii="Times New Roman" w:eastAsia="Times New Roman" w:hAnsi="Times New Roman"/>
                <w:color w:val="000000"/>
                <w:sz w:val="20"/>
                <w:szCs w:val="20"/>
                <w:lang w:val="ru-RU"/>
              </w:rPr>
              <w:t>Устный</w:t>
            </w:r>
            <w:proofErr w:type="spellEnd"/>
            <w:r w:rsidRPr="0012630C">
              <w:rPr>
                <w:rFonts w:ascii="Times New Roman" w:eastAsia="Times New Roman" w:hAnsi="Times New Roman"/>
                <w:color w:val="000000"/>
                <w:sz w:val="20"/>
                <w:szCs w:val="20"/>
                <w:lang w:val="ru-RU"/>
              </w:rPr>
              <w:t xml:space="preserve"> </w:t>
            </w:r>
            <w:proofErr w:type="spellStart"/>
            <w:r w:rsidRPr="0012630C">
              <w:rPr>
                <w:rFonts w:ascii="Times New Roman" w:eastAsia="Times New Roman" w:hAnsi="Times New Roman"/>
                <w:color w:val="000000"/>
                <w:sz w:val="20"/>
                <w:szCs w:val="20"/>
                <w:lang w:val="ru-RU"/>
              </w:rPr>
              <w:t>опрос</w:t>
            </w:r>
            <w:proofErr w:type="spellEnd"/>
            <w:r w:rsidRPr="0012630C">
              <w:rPr>
                <w:rFonts w:ascii="Times New Roman" w:eastAsia="Times New Roman" w:hAnsi="Times New Roman"/>
                <w:color w:val="000000"/>
                <w:sz w:val="20"/>
                <w:szCs w:val="20"/>
                <w:lang w:val="ru-RU"/>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Мультиурок</w:t>
            </w:r>
          </w:p>
        </w:tc>
      </w:tr>
      <w:tr w:rsidR="00874BE2">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6.4.</w:t>
            </w:r>
          </w:p>
        </w:tc>
        <w:tc>
          <w:tcPr>
            <w:tcW w:w="2906"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Прямоугольный параллелепипед, куб.</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10.05.2023 11.05.2023</w:t>
            </w:r>
          </w:p>
        </w:tc>
        <w:tc>
          <w:tcPr>
            <w:tcW w:w="587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Распознавать и изображать развёртки куба и параллелепипеда;</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ind w:left="72" w:right="144"/>
              <w:rPr>
                <w:rFonts w:ascii="Times New Roman" w:eastAsia="Times New Roman" w:hAnsi="Times New Roman"/>
                <w:color w:val="000000"/>
                <w:sz w:val="20"/>
                <w:szCs w:val="20"/>
                <w:lang w:val="ru-RU"/>
              </w:rPr>
            </w:pPr>
            <w:proofErr w:type="spellStart"/>
            <w:r w:rsidRPr="0012630C">
              <w:rPr>
                <w:rFonts w:ascii="Times New Roman" w:eastAsia="Times New Roman" w:hAnsi="Times New Roman"/>
                <w:color w:val="000000"/>
                <w:sz w:val="20"/>
                <w:szCs w:val="20"/>
                <w:lang w:val="ru-RU"/>
              </w:rPr>
              <w:t>Практическая</w:t>
            </w:r>
            <w:proofErr w:type="spellEnd"/>
            <w:r w:rsidRPr="0012630C">
              <w:rPr>
                <w:rFonts w:ascii="Times New Roman" w:eastAsia="Times New Roman" w:hAnsi="Times New Roman"/>
                <w:color w:val="000000"/>
                <w:sz w:val="20"/>
                <w:szCs w:val="20"/>
                <w:lang w:val="ru-RU"/>
              </w:rPr>
              <w:t xml:space="preserve"> </w:t>
            </w:r>
            <w:proofErr w:type="spellStart"/>
            <w:r w:rsidRPr="0012630C">
              <w:rPr>
                <w:rFonts w:ascii="Times New Roman" w:eastAsia="Times New Roman" w:hAnsi="Times New Roman"/>
                <w:color w:val="000000"/>
                <w:sz w:val="20"/>
                <w:szCs w:val="20"/>
                <w:lang w:val="ru-RU"/>
              </w:rPr>
              <w:t>работа</w:t>
            </w:r>
            <w:proofErr w:type="spellEnd"/>
            <w:r w:rsidRPr="0012630C">
              <w:rPr>
                <w:rFonts w:ascii="Times New Roman" w:eastAsia="Times New Roman" w:hAnsi="Times New Roman"/>
                <w:color w:val="000000"/>
                <w:sz w:val="20"/>
                <w:szCs w:val="20"/>
                <w:lang w:val="ru-RU"/>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Инфоурок</w:t>
            </w:r>
          </w:p>
        </w:tc>
      </w:tr>
      <w:tr w:rsidR="00874BE2">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6.5.</w:t>
            </w:r>
          </w:p>
        </w:tc>
        <w:tc>
          <w:tcPr>
            <w:tcW w:w="2906"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Развёртки куба и параллелепипеда.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12.05.2023</w:t>
            </w:r>
          </w:p>
        </w:tc>
        <w:tc>
          <w:tcPr>
            <w:tcW w:w="587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ind w:left="72" w:right="43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Исследовать свойства куба, прямоугольного параллелепипеда, многогранников, используя модели;</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ind w:left="72" w:right="144"/>
              <w:rPr>
                <w:rFonts w:ascii="Times New Roman" w:eastAsia="Times New Roman" w:hAnsi="Times New Roman"/>
                <w:color w:val="000000"/>
                <w:sz w:val="20"/>
                <w:szCs w:val="20"/>
                <w:lang w:val="ru-RU"/>
              </w:rPr>
            </w:pPr>
            <w:proofErr w:type="spellStart"/>
            <w:r w:rsidRPr="0012630C">
              <w:rPr>
                <w:rFonts w:ascii="Times New Roman" w:eastAsia="Times New Roman" w:hAnsi="Times New Roman"/>
                <w:color w:val="000000"/>
                <w:sz w:val="20"/>
                <w:szCs w:val="20"/>
                <w:lang w:val="ru-RU"/>
              </w:rPr>
              <w:t>Практическая</w:t>
            </w:r>
            <w:proofErr w:type="spellEnd"/>
            <w:r w:rsidRPr="0012630C">
              <w:rPr>
                <w:rFonts w:ascii="Times New Roman" w:eastAsia="Times New Roman" w:hAnsi="Times New Roman"/>
                <w:color w:val="000000"/>
                <w:sz w:val="20"/>
                <w:szCs w:val="20"/>
                <w:lang w:val="ru-RU"/>
              </w:rPr>
              <w:t xml:space="preserve"> </w:t>
            </w:r>
            <w:proofErr w:type="spellStart"/>
            <w:r w:rsidRPr="0012630C">
              <w:rPr>
                <w:rFonts w:ascii="Times New Roman" w:eastAsia="Times New Roman" w:hAnsi="Times New Roman"/>
                <w:color w:val="000000"/>
                <w:sz w:val="20"/>
                <w:szCs w:val="20"/>
                <w:lang w:val="ru-RU"/>
              </w:rPr>
              <w:t>работа</w:t>
            </w:r>
            <w:proofErr w:type="spellEnd"/>
            <w:r w:rsidRPr="0012630C">
              <w:rPr>
                <w:rFonts w:ascii="Times New Roman" w:eastAsia="Times New Roman" w:hAnsi="Times New Roman"/>
                <w:color w:val="000000"/>
                <w:sz w:val="20"/>
                <w:szCs w:val="20"/>
                <w:lang w:val="ru-RU"/>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Учи.ру</w:t>
            </w:r>
          </w:p>
        </w:tc>
      </w:tr>
      <w:tr w:rsidR="00874BE2">
        <w:trPr>
          <w:trHeight w:hRule="exact" w:val="54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6.6..</w:t>
            </w:r>
          </w:p>
        </w:tc>
        <w:tc>
          <w:tcPr>
            <w:tcW w:w="2906"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Практическая работа «Развёртка куба».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1</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0</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1</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15.05.2023</w:t>
            </w:r>
          </w:p>
        </w:tc>
        <w:tc>
          <w:tcPr>
            <w:tcW w:w="587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ind w:left="72" w:right="288"/>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Моделировать куб и параллелепипед из бумаги и прочих материалов, объяснять способ моделирования;</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ind w:left="72" w:right="144"/>
              <w:rPr>
                <w:rFonts w:ascii="Times New Roman" w:eastAsia="Times New Roman" w:hAnsi="Times New Roman"/>
                <w:color w:val="000000"/>
                <w:sz w:val="20"/>
                <w:szCs w:val="20"/>
                <w:lang w:val="ru-RU"/>
              </w:rPr>
            </w:pPr>
            <w:proofErr w:type="spellStart"/>
            <w:r w:rsidRPr="0012630C">
              <w:rPr>
                <w:rFonts w:ascii="Times New Roman" w:eastAsia="Times New Roman" w:hAnsi="Times New Roman"/>
                <w:color w:val="000000"/>
                <w:sz w:val="20"/>
                <w:szCs w:val="20"/>
                <w:lang w:val="ru-RU"/>
              </w:rPr>
              <w:t>Практическая</w:t>
            </w:r>
            <w:proofErr w:type="spellEnd"/>
            <w:r w:rsidRPr="0012630C">
              <w:rPr>
                <w:rFonts w:ascii="Times New Roman" w:eastAsia="Times New Roman" w:hAnsi="Times New Roman"/>
                <w:color w:val="000000"/>
                <w:sz w:val="20"/>
                <w:szCs w:val="20"/>
                <w:lang w:val="ru-RU"/>
              </w:rPr>
              <w:t xml:space="preserve"> </w:t>
            </w:r>
            <w:proofErr w:type="spellStart"/>
            <w:r w:rsidRPr="0012630C">
              <w:rPr>
                <w:rFonts w:ascii="Times New Roman" w:eastAsia="Times New Roman" w:hAnsi="Times New Roman"/>
                <w:color w:val="000000"/>
                <w:sz w:val="20"/>
                <w:szCs w:val="20"/>
                <w:lang w:val="ru-RU"/>
              </w:rPr>
              <w:t>работа</w:t>
            </w:r>
            <w:proofErr w:type="spellEnd"/>
            <w:r w:rsidRPr="0012630C">
              <w:rPr>
                <w:rFonts w:ascii="Times New Roman" w:eastAsia="Times New Roman" w:hAnsi="Times New Roman"/>
                <w:color w:val="000000"/>
                <w:sz w:val="20"/>
                <w:szCs w:val="20"/>
                <w:lang w:val="ru-RU"/>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Учи.ру</w:t>
            </w:r>
          </w:p>
        </w:tc>
      </w:tr>
      <w:tr w:rsidR="00874BE2">
        <w:trPr>
          <w:trHeight w:hRule="exact" w:val="540"/>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6.7.</w:t>
            </w:r>
          </w:p>
        </w:tc>
        <w:tc>
          <w:tcPr>
            <w:tcW w:w="2906"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45" w:lineRule="auto"/>
              <w:ind w:left="72" w:right="864"/>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Объём куба, прямоугольного параллелепипеда</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2</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1</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45"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16.05.2023 17.05.2023</w:t>
            </w:r>
          </w:p>
        </w:tc>
        <w:tc>
          <w:tcPr>
            <w:tcW w:w="587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45" w:lineRule="auto"/>
              <w:ind w:left="72" w:right="144"/>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Наблюдать и проводить аналогии между понятиями площади и объёма, периметра и площади поверхности;</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45" w:lineRule="auto"/>
              <w:ind w:left="72" w:right="288"/>
              <w:rPr>
                <w:rFonts w:ascii="Times New Roman" w:eastAsia="Times New Roman" w:hAnsi="Times New Roman"/>
                <w:color w:val="000000"/>
                <w:sz w:val="20"/>
                <w:szCs w:val="20"/>
                <w:lang w:val="ru-RU"/>
              </w:rPr>
            </w:pPr>
            <w:proofErr w:type="spellStart"/>
            <w:r w:rsidRPr="0012630C">
              <w:rPr>
                <w:rFonts w:ascii="Times New Roman" w:eastAsia="Times New Roman" w:hAnsi="Times New Roman"/>
                <w:color w:val="000000"/>
                <w:sz w:val="20"/>
                <w:szCs w:val="20"/>
                <w:lang w:val="ru-RU"/>
              </w:rPr>
              <w:t>Контрольная</w:t>
            </w:r>
            <w:proofErr w:type="spellEnd"/>
            <w:r w:rsidRPr="0012630C">
              <w:rPr>
                <w:rFonts w:ascii="Times New Roman" w:eastAsia="Times New Roman" w:hAnsi="Times New Roman"/>
                <w:color w:val="000000"/>
                <w:sz w:val="20"/>
                <w:szCs w:val="20"/>
                <w:lang w:val="ru-RU"/>
              </w:rPr>
              <w:t xml:space="preserve"> </w:t>
            </w:r>
            <w:proofErr w:type="spellStart"/>
            <w:r w:rsidRPr="0012630C">
              <w:rPr>
                <w:rFonts w:ascii="Times New Roman" w:eastAsia="Times New Roman" w:hAnsi="Times New Roman"/>
                <w:color w:val="000000"/>
                <w:sz w:val="20"/>
                <w:szCs w:val="20"/>
                <w:lang w:val="ru-RU"/>
              </w:rPr>
              <w:t>работа</w:t>
            </w:r>
            <w:proofErr w:type="spellEnd"/>
            <w:r w:rsidRPr="0012630C">
              <w:rPr>
                <w:rFonts w:ascii="Times New Roman" w:eastAsia="Times New Roman" w:hAnsi="Times New Roman"/>
                <w:color w:val="000000"/>
                <w:sz w:val="20"/>
                <w:szCs w:val="20"/>
                <w:lang w:val="ru-RU"/>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Учи.ру</w:t>
            </w:r>
          </w:p>
        </w:tc>
      </w:tr>
      <w:tr w:rsidR="00874BE2">
        <w:trPr>
          <w:trHeight w:hRule="exact" w:val="348"/>
        </w:trPr>
        <w:tc>
          <w:tcPr>
            <w:tcW w:w="337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9</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874BE2" w:rsidP="0012630C">
            <w:pPr>
              <w:jc w:val="center"/>
              <w:rPr>
                <w:rFonts w:ascii="Times New Roman" w:eastAsia="Times New Roman" w:hAnsi="Times New Roman"/>
                <w:color w:val="000000"/>
                <w:sz w:val="20"/>
                <w:szCs w:val="20"/>
                <w:lang w:val="ru-RU"/>
              </w:rPr>
            </w:pP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874BE2" w:rsidP="0012630C">
            <w:pPr>
              <w:jc w:val="center"/>
              <w:rPr>
                <w:rFonts w:ascii="Times New Roman" w:eastAsia="Times New Roman" w:hAnsi="Times New Roman"/>
                <w:color w:val="000000"/>
                <w:sz w:val="20"/>
                <w:szCs w:val="20"/>
                <w:lang w:val="ru-RU"/>
              </w:rPr>
            </w:pP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874BE2" w:rsidP="0012630C">
            <w:pPr>
              <w:jc w:val="center"/>
              <w:rPr>
                <w:rFonts w:ascii="Times New Roman" w:eastAsia="Times New Roman" w:hAnsi="Times New Roman"/>
                <w:color w:val="000000"/>
                <w:sz w:val="20"/>
                <w:szCs w:val="20"/>
                <w:lang w:val="ru-RU"/>
              </w:rPr>
            </w:pPr>
          </w:p>
        </w:tc>
        <w:tc>
          <w:tcPr>
            <w:tcW w:w="587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874BE2" w:rsidP="0012630C">
            <w:pPr>
              <w:jc w:val="center"/>
              <w:rPr>
                <w:rFonts w:ascii="Times New Roman" w:eastAsia="Times New Roman" w:hAnsi="Times New Roman"/>
                <w:color w:val="000000"/>
                <w:sz w:val="20"/>
                <w:szCs w:val="20"/>
                <w:lang w:val="ru-RU"/>
              </w:rPr>
            </w:pP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874BE2" w:rsidP="0012630C">
            <w:pPr>
              <w:jc w:val="center"/>
              <w:rPr>
                <w:rFonts w:ascii="Times New Roman" w:eastAsia="Times New Roman" w:hAnsi="Times New Roman"/>
                <w:color w:val="000000"/>
                <w:sz w:val="20"/>
                <w:szCs w:val="20"/>
                <w:lang w:val="ru-RU"/>
              </w:rPr>
            </w:pP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874BE2" w:rsidP="0012630C">
            <w:pPr>
              <w:jc w:val="center"/>
              <w:rPr>
                <w:rFonts w:ascii="Times New Roman" w:eastAsia="Times New Roman" w:hAnsi="Times New Roman"/>
                <w:color w:val="000000"/>
                <w:sz w:val="20"/>
                <w:szCs w:val="20"/>
                <w:lang w:val="ru-RU"/>
              </w:rPr>
            </w:pPr>
          </w:p>
        </w:tc>
      </w:tr>
      <w:tr w:rsidR="00874BE2">
        <w:trPr>
          <w:trHeight w:hRule="exact" w:val="328"/>
        </w:trPr>
        <w:tc>
          <w:tcPr>
            <w:tcW w:w="12884" w:type="dxa"/>
            <w:gridSpan w:val="7"/>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Default="00CF7AB1">
            <w:pPr>
              <w:autoSpaceDE w:val="0"/>
              <w:autoSpaceDN w:val="0"/>
              <w:spacing w:before="76" w:after="0" w:line="233" w:lineRule="auto"/>
              <w:ind w:left="72"/>
            </w:pPr>
            <w:r>
              <w:rPr>
                <w:rFonts w:ascii="Times New Roman" w:eastAsia="Times New Roman" w:hAnsi="Times New Roman"/>
                <w:color w:val="000000"/>
                <w:w w:val="97"/>
                <w:sz w:val="16"/>
              </w:rPr>
              <w:t xml:space="preserve">Раздел 7. </w:t>
            </w:r>
            <w:r>
              <w:rPr>
                <w:rFonts w:ascii="Times New Roman" w:eastAsia="Times New Roman" w:hAnsi="Times New Roman"/>
                <w:b/>
                <w:color w:val="221F1F"/>
                <w:w w:val="97"/>
                <w:sz w:val="16"/>
              </w:rPr>
              <w:t>Повторение и обобщение</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Default="00874BE2"/>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Default="00874BE2"/>
        </w:tc>
      </w:tr>
    </w:tbl>
    <w:p w:rsidR="00874BE2" w:rsidRDefault="00874BE2">
      <w:pPr>
        <w:autoSpaceDE w:val="0"/>
        <w:autoSpaceDN w:val="0"/>
        <w:spacing w:after="66" w:line="220" w:lineRule="exact"/>
      </w:pPr>
    </w:p>
    <w:tbl>
      <w:tblPr>
        <w:tblW w:w="0" w:type="auto"/>
        <w:tblInd w:w="6" w:type="dxa"/>
        <w:tblLayout w:type="fixed"/>
        <w:tblLook w:val="04A0"/>
      </w:tblPr>
      <w:tblGrid>
        <w:gridCol w:w="468"/>
        <w:gridCol w:w="2906"/>
        <w:gridCol w:w="528"/>
        <w:gridCol w:w="1104"/>
        <w:gridCol w:w="1142"/>
        <w:gridCol w:w="864"/>
        <w:gridCol w:w="5872"/>
        <w:gridCol w:w="1236"/>
        <w:gridCol w:w="1382"/>
      </w:tblGrid>
      <w:tr w:rsidR="00874BE2">
        <w:trPr>
          <w:trHeight w:hRule="exact" w:val="732"/>
        </w:trPr>
        <w:tc>
          <w:tcPr>
            <w:tcW w:w="468"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7.1.</w:t>
            </w:r>
          </w:p>
        </w:tc>
        <w:tc>
          <w:tcPr>
            <w:tcW w:w="2906"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ind w:left="72" w:right="43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Повторение основных понятий и методов курса 5 класса, обобщение знаний</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8</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1</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0</w:t>
            </w:r>
          </w:p>
        </w:tc>
        <w:tc>
          <w:tcPr>
            <w:tcW w:w="86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18.05.2023 29.05.2023</w:t>
            </w:r>
          </w:p>
        </w:tc>
        <w:tc>
          <w:tcPr>
            <w:tcW w:w="587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ind w:left="72" w:right="288"/>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Осуществлять самоконтроль выполняемых действий и самопроверку результата вычислений;</w:t>
            </w:r>
          </w:p>
        </w:tc>
        <w:tc>
          <w:tcPr>
            <w:tcW w:w="1236"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ind w:left="72" w:right="288"/>
              <w:rPr>
                <w:rFonts w:ascii="Times New Roman" w:eastAsia="Times New Roman" w:hAnsi="Times New Roman"/>
                <w:color w:val="000000"/>
                <w:sz w:val="20"/>
                <w:szCs w:val="20"/>
                <w:lang w:val="ru-RU"/>
              </w:rPr>
            </w:pPr>
            <w:proofErr w:type="spellStart"/>
            <w:r w:rsidRPr="0012630C">
              <w:rPr>
                <w:rFonts w:ascii="Times New Roman" w:eastAsia="Times New Roman" w:hAnsi="Times New Roman"/>
                <w:color w:val="000000"/>
                <w:sz w:val="20"/>
                <w:szCs w:val="20"/>
                <w:lang w:val="ru-RU"/>
              </w:rPr>
              <w:t>Контрольная</w:t>
            </w:r>
            <w:proofErr w:type="spellEnd"/>
            <w:r w:rsidRPr="0012630C">
              <w:rPr>
                <w:rFonts w:ascii="Times New Roman" w:eastAsia="Times New Roman" w:hAnsi="Times New Roman"/>
                <w:color w:val="000000"/>
                <w:sz w:val="20"/>
                <w:szCs w:val="20"/>
                <w:lang w:val="ru-RU"/>
              </w:rPr>
              <w:t xml:space="preserve"> </w:t>
            </w:r>
            <w:proofErr w:type="spellStart"/>
            <w:r w:rsidRPr="0012630C">
              <w:rPr>
                <w:rFonts w:ascii="Times New Roman" w:eastAsia="Times New Roman" w:hAnsi="Times New Roman"/>
                <w:color w:val="000000"/>
                <w:sz w:val="20"/>
                <w:szCs w:val="20"/>
                <w:lang w:val="ru-RU"/>
              </w:rPr>
              <w:t>работа</w:t>
            </w:r>
            <w:proofErr w:type="spellEnd"/>
            <w:r w:rsidRPr="0012630C">
              <w:rPr>
                <w:rFonts w:ascii="Times New Roman" w:eastAsia="Times New Roman" w:hAnsi="Times New Roman"/>
                <w:color w:val="000000"/>
                <w:sz w:val="20"/>
                <w:szCs w:val="20"/>
                <w:lang w:val="ru-RU"/>
              </w:rPr>
              <w:t>;</w:t>
            </w:r>
          </w:p>
        </w:tc>
        <w:tc>
          <w:tcPr>
            <w:tcW w:w="138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ind w:left="72"/>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Учи.ру</w:t>
            </w:r>
          </w:p>
        </w:tc>
      </w:tr>
      <w:tr w:rsidR="00874BE2">
        <w:trPr>
          <w:trHeight w:hRule="exact" w:val="348"/>
        </w:trPr>
        <w:tc>
          <w:tcPr>
            <w:tcW w:w="337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Итого по разделу:</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8</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874BE2" w:rsidP="0012630C">
            <w:pPr>
              <w:spacing w:before="76" w:line="233" w:lineRule="auto"/>
              <w:jc w:val="center"/>
              <w:rPr>
                <w:rFonts w:ascii="Times New Roman" w:eastAsia="Times New Roman" w:hAnsi="Times New Roman"/>
                <w:color w:val="000000"/>
                <w:sz w:val="20"/>
                <w:szCs w:val="20"/>
                <w:lang w:val="ru-RU"/>
              </w:rPr>
            </w:pP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874BE2" w:rsidP="0012630C">
            <w:pPr>
              <w:spacing w:before="76" w:line="233" w:lineRule="auto"/>
              <w:jc w:val="center"/>
              <w:rPr>
                <w:rFonts w:ascii="Times New Roman" w:eastAsia="Times New Roman" w:hAnsi="Times New Roman"/>
                <w:color w:val="000000"/>
                <w:sz w:val="20"/>
                <w:szCs w:val="20"/>
                <w:lang w:val="ru-RU"/>
              </w:rPr>
            </w:pPr>
          </w:p>
        </w:tc>
        <w:tc>
          <w:tcPr>
            <w:tcW w:w="9354"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874BE2" w:rsidP="0012630C">
            <w:pPr>
              <w:spacing w:before="76" w:line="233" w:lineRule="auto"/>
              <w:jc w:val="center"/>
              <w:rPr>
                <w:rFonts w:ascii="Times New Roman" w:eastAsia="Times New Roman" w:hAnsi="Times New Roman"/>
                <w:color w:val="000000"/>
                <w:sz w:val="20"/>
                <w:szCs w:val="20"/>
                <w:lang w:val="ru-RU"/>
              </w:rPr>
            </w:pPr>
          </w:p>
        </w:tc>
      </w:tr>
      <w:tr w:rsidR="00874BE2" w:rsidTr="009D03A9">
        <w:trPr>
          <w:trHeight w:hRule="exact" w:val="520"/>
        </w:trPr>
        <w:tc>
          <w:tcPr>
            <w:tcW w:w="337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ОБЩЕЕ КОЛИЧЕСТВО ЧАСОВ ПО ПРОГРАММЕ</w:t>
            </w:r>
          </w:p>
        </w:tc>
        <w:tc>
          <w:tcPr>
            <w:tcW w:w="528"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170</w:t>
            </w:r>
          </w:p>
        </w:tc>
        <w:tc>
          <w:tcPr>
            <w:tcW w:w="1104"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14</w:t>
            </w:r>
          </w:p>
        </w:tc>
        <w:tc>
          <w:tcPr>
            <w:tcW w:w="1142" w:type="dxa"/>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CF7AB1" w:rsidP="0012630C">
            <w:pPr>
              <w:autoSpaceDE w:val="0"/>
              <w:autoSpaceDN w:val="0"/>
              <w:spacing w:before="76" w:after="0" w:line="233" w:lineRule="auto"/>
              <w:jc w:val="center"/>
              <w:rPr>
                <w:rFonts w:ascii="Times New Roman" w:eastAsia="Times New Roman" w:hAnsi="Times New Roman"/>
                <w:color w:val="000000"/>
                <w:sz w:val="20"/>
                <w:szCs w:val="20"/>
                <w:lang w:val="ru-RU"/>
              </w:rPr>
            </w:pPr>
            <w:r w:rsidRPr="0012630C">
              <w:rPr>
                <w:rFonts w:ascii="Times New Roman" w:eastAsia="Times New Roman" w:hAnsi="Times New Roman"/>
                <w:color w:val="000000"/>
                <w:sz w:val="20"/>
                <w:szCs w:val="20"/>
                <w:lang w:val="ru-RU"/>
              </w:rPr>
              <w:t>18</w:t>
            </w:r>
          </w:p>
        </w:tc>
        <w:tc>
          <w:tcPr>
            <w:tcW w:w="9354"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874BE2" w:rsidRPr="0012630C" w:rsidRDefault="00874BE2" w:rsidP="0012630C">
            <w:pPr>
              <w:spacing w:before="76" w:line="233" w:lineRule="auto"/>
              <w:jc w:val="center"/>
              <w:rPr>
                <w:rFonts w:ascii="Times New Roman" w:eastAsia="Times New Roman" w:hAnsi="Times New Roman"/>
                <w:color w:val="000000"/>
                <w:sz w:val="20"/>
                <w:szCs w:val="20"/>
                <w:lang w:val="ru-RU"/>
              </w:rPr>
            </w:pPr>
          </w:p>
        </w:tc>
      </w:tr>
      <w:tr w:rsidR="009D03A9">
        <w:trPr>
          <w:trHeight w:hRule="exact" w:val="520"/>
        </w:trPr>
        <w:tc>
          <w:tcPr>
            <w:tcW w:w="3374" w:type="dxa"/>
            <w:gridSpan w:val="2"/>
            <w:tcBorders>
              <w:top w:val="single" w:sz="4" w:space="0" w:color="000000"/>
              <w:left w:val="single" w:sz="4" w:space="0" w:color="000000"/>
              <w:bottom w:val="single" w:sz="5" w:space="0" w:color="000000"/>
              <w:right w:val="single" w:sz="4" w:space="0" w:color="000000"/>
            </w:tcBorders>
            <w:tcMar>
              <w:left w:w="0" w:type="dxa"/>
              <w:right w:w="0" w:type="dxa"/>
            </w:tcMar>
          </w:tcPr>
          <w:p w:rsidR="009D03A9" w:rsidRPr="009D03A9" w:rsidRDefault="009D03A9">
            <w:pPr>
              <w:autoSpaceDE w:val="0"/>
              <w:autoSpaceDN w:val="0"/>
              <w:spacing w:before="78" w:after="0" w:line="245" w:lineRule="auto"/>
              <w:ind w:left="72" w:right="720"/>
              <w:rPr>
                <w:rFonts w:ascii="Times New Roman" w:eastAsia="Times New Roman" w:hAnsi="Times New Roman"/>
                <w:color w:val="000000"/>
                <w:w w:val="97"/>
                <w:sz w:val="16"/>
                <w:lang w:val="ru-RU"/>
              </w:rPr>
            </w:pPr>
          </w:p>
        </w:tc>
        <w:tc>
          <w:tcPr>
            <w:tcW w:w="528" w:type="dxa"/>
            <w:tcBorders>
              <w:top w:val="single" w:sz="4" w:space="0" w:color="000000"/>
              <w:left w:val="single" w:sz="4" w:space="0" w:color="000000"/>
              <w:bottom w:val="single" w:sz="5" w:space="0" w:color="000000"/>
              <w:right w:val="single" w:sz="4" w:space="0" w:color="000000"/>
            </w:tcBorders>
            <w:tcMar>
              <w:left w:w="0" w:type="dxa"/>
              <w:right w:w="0" w:type="dxa"/>
            </w:tcMar>
          </w:tcPr>
          <w:p w:rsidR="009D03A9" w:rsidRDefault="009D03A9">
            <w:pPr>
              <w:autoSpaceDE w:val="0"/>
              <w:autoSpaceDN w:val="0"/>
              <w:spacing w:before="78" w:after="0" w:line="230" w:lineRule="auto"/>
              <w:ind w:left="72"/>
              <w:rPr>
                <w:rFonts w:ascii="Times New Roman" w:eastAsia="Times New Roman" w:hAnsi="Times New Roman"/>
                <w:color w:val="000000"/>
                <w:w w:val="97"/>
                <w:sz w:val="16"/>
              </w:rPr>
            </w:pPr>
          </w:p>
        </w:tc>
        <w:tc>
          <w:tcPr>
            <w:tcW w:w="1104" w:type="dxa"/>
            <w:tcBorders>
              <w:top w:val="single" w:sz="4" w:space="0" w:color="000000"/>
              <w:left w:val="single" w:sz="4" w:space="0" w:color="000000"/>
              <w:bottom w:val="single" w:sz="5" w:space="0" w:color="000000"/>
              <w:right w:val="single" w:sz="4" w:space="0" w:color="000000"/>
            </w:tcBorders>
            <w:tcMar>
              <w:left w:w="0" w:type="dxa"/>
              <w:right w:w="0" w:type="dxa"/>
            </w:tcMar>
          </w:tcPr>
          <w:p w:rsidR="009D03A9" w:rsidRDefault="009D03A9">
            <w:pPr>
              <w:autoSpaceDE w:val="0"/>
              <w:autoSpaceDN w:val="0"/>
              <w:spacing w:before="78" w:after="0" w:line="230" w:lineRule="auto"/>
              <w:ind w:left="72"/>
              <w:rPr>
                <w:rFonts w:ascii="Times New Roman" w:eastAsia="Times New Roman" w:hAnsi="Times New Roman"/>
                <w:color w:val="000000"/>
                <w:w w:val="97"/>
                <w:sz w:val="16"/>
              </w:rPr>
            </w:pPr>
          </w:p>
        </w:tc>
        <w:tc>
          <w:tcPr>
            <w:tcW w:w="1142" w:type="dxa"/>
            <w:tcBorders>
              <w:top w:val="single" w:sz="4" w:space="0" w:color="000000"/>
              <w:left w:val="single" w:sz="4" w:space="0" w:color="000000"/>
              <w:bottom w:val="single" w:sz="5" w:space="0" w:color="000000"/>
              <w:right w:val="single" w:sz="4" w:space="0" w:color="000000"/>
            </w:tcBorders>
            <w:tcMar>
              <w:left w:w="0" w:type="dxa"/>
              <w:right w:w="0" w:type="dxa"/>
            </w:tcMar>
          </w:tcPr>
          <w:p w:rsidR="009D03A9" w:rsidRDefault="009D03A9">
            <w:pPr>
              <w:autoSpaceDE w:val="0"/>
              <w:autoSpaceDN w:val="0"/>
              <w:spacing w:before="78" w:after="0" w:line="230" w:lineRule="auto"/>
              <w:ind w:left="72"/>
              <w:rPr>
                <w:rFonts w:ascii="Times New Roman" w:eastAsia="Times New Roman" w:hAnsi="Times New Roman"/>
                <w:color w:val="000000"/>
                <w:w w:val="97"/>
                <w:sz w:val="16"/>
              </w:rPr>
            </w:pPr>
          </w:p>
        </w:tc>
        <w:tc>
          <w:tcPr>
            <w:tcW w:w="9354" w:type="dxa"/>
            <w:gridSpan w:val="4"/>
            <w:tcBorders>
              <w:top w:val="single" w:sz="4" w:space="0" w:color="000000"/>
              <w:left w:val="single" w:sz="4" w:space="0" w:color="000000"/>
              <w:bottom w:val="single" w:sz="5" w:space="0" w:color="000000"/>
              <w:right w:val="single" w:sz="4" w:space="0" w:color="000000"/>
            </w:tcBorders>
            <w:tcMar>
              <w:left w:w="0" w:type="dxa"/>
              <w:right w:w="0" w:type="dxa"/>
            </w:tcMar>
          </w:tcPr>
          <w:p w:rsidR="009D03A9" w:rsidRDefault="009D03A9"/>
        </w:tc>
      </w:tr>
    </w:tbl>
    <w:p w:rsidR="00874BE2" w:rsidRDefault="00874BE2">
      <w:pPr>
        <w:sectPr w:rsidR="00874BE2">
          <w:pgSz w:w="16840" w:h="11900"/>
          <w:pgMar w:top="284" w:right="640" w:bottom="1440" w:left="666" w:header="720" w:footer="720" w:gutter="0"/>
          <w:cols w:space="720" w:equalWidth="0">
            <w:col w:w="15534" w:space="0"/>
          </w:cols>
          <w:docGrid w:linePitch="360"/>
        </w:sectPr>
      </w:pPr>
    </w:p>
    <w:p w:rsidR="00874BE2" w:rsidRPr="009D03A9" w:rsidRDefault="00CF7AB1">
      <w:pPr>
        <w:autoSpaceDE w:val="0"/>
        <w:autoSpaceDN w:val="0"/>
        <w:spacing w:after="0" w:line="230" w:lineRule="auto"/>
        <w:rPr>
          <w:lang w:val="ru-RU"/>
        </w:rPr>
      </w:pPr>
      <w:r w:rsidRPr="009D03A9">
        <w:rPr>
          <w:rFonts w:ascii="Times New Roman" w:eastAsia="Times New Roman" w:hAnsi="Times New Roman"/>
          <w:b/>
          <w:color w:val="000000"/>
          <w:sz w:val="24"/>
          <w:lang w:val="ru-RU"/>
        </w:rPr>
        <w:lastRenderedPageBreak/>
        <w:t xml:space="preserve">УЧЕБНО-МЕТОДИЧЕСКОЕ ОБЕСПЕЧЕНИЕ ОБРАЗОВАТЕЛЬНОГО ПРОЦЕССА </w:t>
      </w:r>
    </w:p>
    <w:p w:rsidR="00874BE2" w:rsidRPr="009D03A9" w:rsidRDefault="00CF7AB1">
      <w:pPr>
        <w:autoSpaceDE w:val="0"/>
        <w:autoSpaceDN w:val="0"/>
        <w:spacing w:before="346" w:after="0" w:line="230" w:lineRule="auto"/>
        <w:rPr>
          <w:lang w:val="ru-RU"/>
        </w:rPr>
      </w:pPr>
      <w:r w:rsidRPr="009D03A9">
        <w:rPr>
          <w:rFonts w:ascii="Times New Roman" w:eastAsia="Times New Roman" w:hAnsi="Times New Roman"/>
          <w:b/>
          <w:color w:val="000000"/>
          <w:sz w:val="24"/>
          <w:lang w:val="ru-RU"/>
        </w:rPr>
        <w:t>ОБЯЗАТЕЛЬНЫЕ УЧЕБНЫЕ МАТЕРИАЛЫ ДЛЯ УЧЕНИКА</w:t>
      </w:r>
    </w:p>
    <w:p w:rsidR="00874BE2" w:rsidRPr="009D03A9" w:rsidRDefault="00CF7AB1">
      <w:pPr>
        <w:autoSpaceDE w:val="0"/>
        <w:autoSpaceDN w:val="0"/>
        <w:spacing w:before="166" w:after="0" w:line="271" w:lineRule="auto"/>
        <w:ind w:right="576"/>
        <w:rPr>
          <w:lang w:val="ru-RU"/>
        </w:rPr>
      </w:pPr>
      <w:proofErr w:type="spellStart"/>
      <w:r w:rsidRPr="009D03A9">
        <w:rPr>
          <w:rFonts w:ascii="Times New Roman" w:eastAsia="Times New Roman" w:hAnsi="Times New Roman"/>
          <w:color w:val="000000"/>
          <w:sz w:val="24"/>
          <w:lang w:val="ru-RU"/>
        </w:rPr>
        <w:t>Виленкин</w:t>
      </w:r>
      <w:proofErr w:type="spellEnd"/>
      <w:r w:rsidRPr="009D03A9">
        <w:rPr>
          <w:rFonts w:ascii="Times New Roman" w:eastAsia="Times New Roman" w:hAnsi="Times New Roman"/>
          <w:color w:val="000000"/>
          <w:sz w:val="24"/>
          <w:lang w:val="ru-RU"/>
        </w:rPr>
        <w:t xml:space="preserve"> Н.Я., Жохов В.И., Чесноков А.С., Александрова Л.А., </w:t>
      </w:r>
      <w:proofErr w:type="spellStart"/>
      <w:r w:rsidRPr="009D03A9">
        <w:rPr>
          <w:rFonts w:ascii="Times New Roman" w:eastAsia="Times New Roman" w:hAnsi="Times New Roman"/>
          <w:color w:val="000000"/>
          <w:sz w:val="24"/>
          <w:lang w:val="ru-RU"/>
        </w:rPr>
        <w:t>Шварцбурд</w:t>
      </w:r>
      <w:proofErr w:type="spellEnd"/>
      <w:r w:rsidRPr="009D03A9">
        <w:rPr>
          <w:rFonts w:ascii="Times New Roman" w:eastAsia="Times New Roman" w:hAnsi="Times New Roman"/>
          <w:color w:val="000000"/>
          <w:sz w:val="24"/>
          <w:lang w:val="ru-RU"/>
        </w:rPr>
        <w:t xml:space="preserve"> С.И., Математика, 5 класс, АО "Издательство "Просвещение"; </w:t>
      </w:r>
      <w:r w:rsidRPr="009D03A9">
        <w:rPr>
          <w:lang w:val="ru-RU"/>
        </w:rPr>
        <w:br/>
      </w:r>
      <w:r w:rsidRPr="009D03A9">
        <w:rPr>
          <w:rFonts w:ascii="Times New Roman" w:eastAsia="Times New Roman" w:hAnsi="Times New Roman"/>
          <w:color w:val="000000"/>
          <w:sz w:val="24"/>
          <w:lang w:val="ru-RU"/>
        </w:rPr>
        <w:t>Введите свой вариант:</w:t>
      </w:r>
    </w:p>
    <w:p w:rsidR="00874BE2" w:rsidRDefault="00CF7AB1">
      <w:pPr>
        <w:autoSpaceDE w:val="0"/>
        <w:autoSpaceDN w:val="0"/>
        <w:spacing w:before="262" w:after="0" w:line="230" w:lineRule="auto"/>
        <w:rPr>
          <w:rFonts w:ascii="Times New Roman" w:eastAsia="Times New Roman" w:hAnsi="Times New Roman"/>
          <w:b/>
          <w:color w:val="000000"/>
          <w:sz w:val="24"/>
          <w:lang w:val="ru-RU"/>
        </w:rPr>
      </w:pPr>
      <w:r w:rsidRPr="009D03A9">
        <w:rPr>
          <w:rFonts w:ascii="Times New Roman" w:eastAsia="Times New Roman" w:hAnsi="Times New Roman"/>
          <w:b/>
          <w:color w:val="000000"/>
          <w:sz w:val="24"/>
          <w:lang w:val="ru-RU"/>
        </w:rPr>
        <w:t>МЕТОДИЧЕСКИЕ МАТЕРИАЛЫ ДЛЯ УЧИТЕЛЯ</w:t>
      </w:r>
      <w:r w:rsidR="009D03A9">
        <w:rPr>
          <w:rFonts w:ascii="Times New Roman" w:eastAsia="Times New Roman" w:hAnsi="Times New Roman"/>
          <w:b/>
          <w:color w:val="000000"/>
          <w:sz w:val="24"/>
          <w:lang w:val="ru-RU"/>
        </w:rPr>
        <w:t xml:space="preserve">: </w:t>
      </w:r>
    </w:p>
    <w:p w:rsidR="00C86589" w:rsidRDefault="00C86589">
      <w:pPr>
        <w:autoSpaceDE w:val="0"/>
        <w:autoSpaceDN w:val="0"/>
        <w:spacing w:before="262" w:after="0" w:line="230" w:lineRule="auto"/>
        <w:rPr>
          <w:rFonts w:ascii="Times New Roman" w:eastAsia="Times New Roman" w:hAnsi="Times New Roman"/>
          <w:b/>
          <w:color w:val="000000"/>
          <w:sz w:val="24"/>
          <w:lang w:val="ru-RU"/>
        </w:rPr>
      </w:pPr>
      <w:r>
        <w:rPr>
          <w:rFonts w:ascii="Times New Roman" w:eastAsia="Times New Roman" w:hAnsi="Times New Roman"/>
          <w:b/>
          <w:color w:val="000000"/>
          <w:sz w:val="24"/>
          <w:lang w:val="ru-RU"/>
        </w:rPr>
        <w:t xml:space="preserve">А, П. Ершова и В.В. </w:t>
      </w:r>
      <w:proofErr w:type="spellStart"/>
      <w:r>
        <w:rPr>
          <w:rFonts w:ascii="Times New Roman" w:eastAsia="Times New Roman" w:hAnsi="Times New Roman"/>
          <w:b/>
          <w:color w:val="000000"/>
          <w:sz w:val="24"/>
          <w:lang w:val="ru-RU"/>
        </w:rPr>
        <w:t>Голобородько</w:t>
      </w:r>
      <w:proofErr w:type="spellEnd"/>
      <w:r>
        <w:rPr>
          <w:rFonts w:ascii="Times New Roman" w:eastAsia="Times New Roman" w:hAnsi="Times New Roman"/>
          <w:b/>
          <w:color w:val="000000"/>
          <w:sz w:val="24"/>
          <w:lang w:val="ru-RU"/>
        </w:rPr>
        <w:t xml:space="preserve"> «Контрольные и самостоятельные работы», Москва ИЛЕКСА</w:t>
      </w:r>
    </w:p>
    <w:p w:rsidR="00210ABB" w:rsidRPr="00210ABB" w:rsidRDefault="00210ABB">
      <w:pPr>
        <w:autoSpaceDE w:val="0"/>
        <w:autoSpaceDN w:val="0"/>
        <w:spacing w:before="262" w:after="0" w:line="230" w:lineRule="auto"/>
        <w:rPr>
          <w:rFonts w:ascii="Times New Roman" w:hAnsi="Times New Roman" w:cs="Times New Roman"/>
          <w:sz w:val="24"/>
          <w:szCs w:val="24"/>
          <w:lang w:val="ru-RU"/>
        </w:rPr>
      </w:pPr>
      <w:r w:rsidRPr="00210ABB">
        <w:rPr>
          <w:rFonts w:ascii="Times New Roman" w:hAnsi="Times New Roman" w:cs="Times New Roman"/>
          <w:sz w:val="24"/>
          <w:szCs w:val="24"/>
          <w:lang w:val="ru-RU"/>
        </w:rPr>
        <w:t xml:space="preserve">Учебно-методический комплект (УМК) «Математика» (авторы: </w:t>
      </w:r>
      <w:proofErr w:type="spellStart"/>
      <w:r w:rsidRPr="00210ABB">
        <w:rPr>
          <w:rFonts w:ascii="Times New Roman" w:hAnsi="Times New Roman" w:cs="Times New Roman"/>
          <w:sz w:val="24"/>
          <w:szCs w:val="24"/>
          <w:lang w:val="ru-RU"/>
        </w:rPr>
        <w:t>Виленкин</w:t>
      </w:r>
      <w:proofErr w:type="spellEnd"/>
      <w:r w:rsidRPr="00210ABB">
        <w:rPr>
          <w:rFonts w:ascii="Times New Roman" w:hAnsi="Times New Roman" w:cs="Times New Roman"/>
          <w:sz w:val="24"/>
          <w:szCs w:val="24"/>
          <w:lang w:val="ru-RU"/>
        </w:rPr>
        <w:t xml:space="preserve"> Н.Я., Жохов В.И., Чесноков А.С., </w:t>
      </w:r>
      <w:proofErr w:type="spellStart"/>
      <w:r w:rsidRPr="00210ABB">
        <w:rPr>
          <w:rFonts w:ascii="Times New Roman" w:hAnsi="Times New Roman" w:cs="Times New Roman"/>
          <w:sz w:val="24"/>
          <w:szCs w:val="24"/>
          <w:lang w:val="ru-RU"/>
        </w:rPr>
        <w:t>Шварцбурд</w:t>
      </w:r>
      <w:proofErr w:type="spellEnd"/>
      <w:r w:rsidRPr="00210ABB">
        <w:rPr>
          <w:rFonts w:ascii="Times New Roman" w:hAnsi="Times New Roman" w:cs="Times New Roman"/>
          <w:sz w:val="24"/>
          <w:szCs w:val="24"/>
          <w:lang w:val="ru-RU"/>
        </w:rPr>
        <w:t xml:space="preserve"> С.И. и др.) предназначен для 5-6 классов общеобразовательных учреждений. УМК по математике </w:t>
      </w:r>
      <w:proofErr w:type="spellStart"/>
      <w:r w:rsidRPr="00210ABB">
        <w:rPr>
          <w:rFonts w:ascii="Times New Roman" w:hAnsi="Times New Roman" w:cs="Times New Roman"/>
          <w:sz w:val="24"/>
          <w:szCs w:val="24"/>
          <w:lang w:val="ru-RU"/>
        </w:rPr>
        <w:t>Виленкина</w:t>
      </w:r>
      <w:proofErr w:type="spellEnd"/>
      <w:r w:rsidRPr="00210ABB">
        <w:rPr>
          <w:rFonts w:ascii="Times New Roman" w:hAnsi="Times New Roman" w:cs="Times New Roman"/>
          <w:sz w:val="24"/>
          <w:szCs w:val="24"/>
          <w:lang w:val="ru-RU"/>
        </w:rPr>
        <w:t xml:space="preserve"> и др. </w:t>
      </w:r>
    </w:p>
    <w:p w:rsidR="00874BE2" w:rsidRPr="009D03A9" w:rsidRDefault="00CF7AB1">
      <w:pPr>
        <w:autoSpaceDE w:val="0"/>
        <w:autoSpaceDN w:val="0"/>
        <w:spacing w:before="262" w:after="0" w:line="230" w:lineRule="auto"/>
        <w:rPr>
          <w:lang w:val="ru-RU"/>
        </w:rPr>
      </w:pPr>
      <w:r w:rsidRPr="009D03A9">
        <w:rPr>
          <w:rFonts w:ascii="Times New Roman" w:eastAsia="Times New Roman" w:hAnsi="Times New Roman"/>
          <w:b/>
          <w:color w:val="000000"/>
          <w:sz w:val="24"/>
          <w:lang w:val="ru-RU"/>
        </w:rPr>
        <w:t>ЦИФРОВЫЕ ОБРАЗОВАТЕЛЬНЫЕ РЕСУРСЫ И РЕСУРСЫ СЕТИ ИНТЕРНЕТ</w:t>
      </w:r>
      <w:r w:rsidR="009D03A9">
        <w:rPr>
          <w:rFonts w:ascii="Times New Roman" w:eastAsia="Times New Roman" w:hAnsi="Times New Roman"/>
          <w:b/>
          <w:color w:val="000000"/>
          <w:sz w:val="24"/>
          <w:lang w:val="ru-RU"/>
        </w:rPr>
        <w:t>:</w:t>
      </w:r>
    </w:p>
    <w:p w:rsidR="00CF7AB1" w:rsidRDefault="00CF7AB1">
      <w:pPr>
        <w:rPr>
          <w:lang w:val="ru-RU"/>
        </w:rPr>
      </w:pPr>
      <w:r>
        <w:rPr>
          <w:lang w:val="ru-RU"/>
        </w:rPr>
        <w:t xml:space="preserve"> </w:t>
      </w:r>
    </w:p>
    <w:p w:rsidR="00EF02F9" w:rsidRDefault="008414B4">
      <w:pPr>
        <w:rPr>
          <w:lang w:val="ru-RU"/>
        </w:rPr>
      </w:pPr>
      <w:hyperlink r:id="rId6" w:history="1">
        <w:r w:rsidR="00EF02F9" w:rsidRPr="0057703D">
          <w:rPr>
            <w:rStyle w:val="aff8"/>
            <w:lang w:val="ru-RU"/>
          </w:rPr>
          <w:t>http://infourok.ru/site/go?href=http%3A%2F%2Fschool-collection.edu.ru%2F</w:t>
        </w:r>
      </w:hyperlink>
      <w:r w:rsidR="00EF02F9">
        <w:rPr>
          <w:lang w:val="ru-RU"/>
        </w:rPr>
        <w:t xml:space="preserve"> </w:t>
      </w:r>
    </w:p>
    <w:p w:rsidR="00EF02F9" w:rsidRDefault="008414B4">
      <w:pPr>
        <w:rPr>
          <w:lang w:val="ru-RU"/>
        </w:rPr>
      </w:pPr>
      <w:hyperlink r:id="rId7" w:history="1">
        <w:r w:rsidR="00EF02F9" w:rsidRPr="0057703D">
          <w:rPr>
            <w:rStyle w:val="aff8"/>
            <w:lang w:val="ru-RU"/>
          </w:rPr>
          <w:t>https://multiurok.ru/files/urok-matematiki-v-5-klasse-s-ispolzovaniem-eor.html</w:t>
        </w:r>
      </w:hyperlink>
      <w:r w:rsidR="00EF02F9">
        <w:rPr>
          <w:lang w:val="ru-RU"/>
        </w:rPr>
        <w:t xml:space="preserve"> </w:t>
      </w:r>
    </w:p>
    <w:p w:rsidR="00EF02F9" w:rsidRDefault="008414B4">
      <w:pPr>
        <w:rPr>
          <w:lang w:val="ru-RU"/>
        </w:rPr>
      </w:pPr>
      <w:hyperlink r:id="rId8" w:history="1">
        <w:r w:rsidR="00EF02F9" w:rsidRPr="0057703D">
          <w:rPr>
            <w:rStyle w:val="aff8"/>
            <w:lang w:val="ru-RU"/>
          </w:rPr>
          <w:t>https://nsportal.ru/shkola/algebra/library/2012/04/03/razrabotka-uroka-matematiki-s-ispolzovaniem-eor-5-klass</w:t>
        </w:r>
      </w:hyperlink>
    </w:p>
    <w:p w:rsidR="00EF02F9" w:rsidRDefault="008414B4">
      <w:pPr>
        <w:rPr>
          <w:lang w:val="ru-RU"/>
        </w:rPr>
      </w:pPr>
      <w:hyperlink r:id="rId9" w:history="1">
        <w:r w:rsidR="00EF02F9" w:rsidRPr="0057703D">
          <w:rPr>
            <w:rStyle w:val="aff8"/>
            <w:lang w:val="ru-RU"/>
          </w:rPr>
          <w:t>https://resh.edu.ru/subject/12/5/</w:t>
        </w:r>
      </w:hyperlink>
      <w:r w:rsidR="00EF02F9">
        <w:rPr>
          <w:lang w:val="ru-RU"/>
        </w:rPr>
        <w:t xml:space="preserve"> </w:t>
      </w:r>
    </w:p>
    <w:p w:rsidR="00EF02F9" w:rsidRDefault="008414B4">
      <w:pPr>
        <w:rPr>
          <w:lang w:val="ru-RU"/>
        </w:rPr>
      </w:pPr>
      <w:hyperlink r:id="rId10" w:history="1">
        <w:r w:rsidR="00EF02F9" w:rsidRPr="0057703D">
          <w:rPr>
            <w:rStyle w:val="aff8"/>
            <w:lang w:val="ru-RU"/>
          </w:rPr>
          <w:t>https://videouroki.net/projects/2/index.php?id=math5fgos</w:t>
        </w:r>
      </w:hyperlink>
      <w:r w:rsidR="00EF02F9">
        <w:rPr>
          <w:lang w:val="ru-RU"/>
        </w:rPr>
        <w:t xml:space="preserve"> </w:t>
      </w:r>
    </w:p>
    <w:p w:rsidR="00EF02F9" w:rsidRDefault="008414B4">
      <w:pPr>
        <w:rPr>
          <w:lang w:val="ru-RU"/>
        </w:rPr>
      </w:pPr>
      <w:hyperlink r:id="rId11" w:history="1">
        <w:r w:rsidR="00EF02F9" w:rsidRPr="0057703D">
          <w:rPr>
            <w:rStyle w:val="aff8"/>
            <w:lang w:val="ru-RU"/>
          </w:rPr>
          <w:t>https://uchi.ru/b2g/teacher/monitoring/groups/13761865/tests</w:t>
        </w:r>
      </w:hyperlink>
      <w:r w:rsidR="00EF02F9">
        <w:rPr>
          <w:lang w:val="ru-RU"/>
        </w:rPr>
        <w:t xml:space="preserve"> </w:t>
      </w:r>
    </w:p>
    <w:p w:rsidR="00EF02F9" w:rsidRDefault="00EF02F9">
      <w:pPr>
        <w:rPr>
          <w:lang w:val="ru-RU"/>
        </w:rPr>
      </w:pPr>
    </w:p>
    <w:p w:rsidR="0012630C" w:rsidRDefault="0012630C">
      <w:pPr>
        <w:rPr>
          <w:lang w:val="ru-RU"/>
        </w:rPr>
      </w:pPr>
    </w:p>
    <w:p w:rsidR="00874BE2" w:rsidRPr="009D03A9" w:rsidRDefault="00874BE2">
      <w:pPr>
        <w:autoSpaceDE w:val="0"/>
        <w:autoSpaceDN w:val="0"/>
        <w:spacing w:after="78" w:line="220" w:lineRule="exact"/>
        <w:rPr>
          <w:lang w:val="ru-RU"/>
        </w:rPr>
      </w:pPr>
    </w:p>
    <w:p w:rsidR="00874BE2" w:rsidRPr="009D03A9" w:rsidRDefault="00CF7AB1">
      <w:pPr>
        <w:autoSpaceDE w:val="0"/>
        <w:autoSpaceDN w:val="0"/>
        <w:spacing w:after="0" w:line="230" w:lineRule="auto"/>
        <w:rPr>
          <w:lang w:val="ru-RU"/>
        </w:rPr>
      </w:pPr>
      <w:r w:rsidRPr="009D03A9">
        <w:rPr>
          <w:rFonts w:ascii="Times New Roman" w:eastAsia="Times New Roman" w:hAnsi="Times New Roman"/>
          <w:b/>
          <w:color w:val="000000"/>
          <w:sz w:val="24"/>
          <w:lang w:val="ru-RU"/>
        </w:rPr>
        <w:t>МАТЕРИАЛЬНО-ТЕХНИЧЕСКОЕ ОБЕСПЕЧЕНИЕ ОБРАЗОВАТЕЛЬНОГО ПРОЦЕССА</w:t>
      </w:r>
    </w:p>
    <w:p w:rsidR="00874BE2" w:rsidRPr="009D03A9" w:rsidRDefault="00CF7AB1">
      <w:pPr>
        <w:autoSpaceDE w:val="0"/>
        <w:autoSpaceDN w:val="0"/>
        <w:spacing w:before="346" w:after="0" w:line="302" w:lineRule="auto"/>
        <w:ind w:right="2880"/>
        <w:rPr>
          <w:lang w:val="ru-RU"/>
        </w:rPr>
      </w:pPr>
      <w:r w:rsidRPr="009D03A9">
        <w:rPr>
          <w:rFonts w:ascii="Times New Roman" w:eastAsia="Times New Roman" w:hAnsi="Times New Roman"/>
          <w:b/>
          <w:color w:val="000000"/>
          <w:sz w:val="24"/>
          <w:lang w:val="ru-RU"/>
        </w:rPr>
        <w:t xml:space="preserve">УЧЕБНОЕ ОБОРУДОВАНИЕ </w:t>
      </w:r>
      <w:r w:rsidRPr="009D03A9">
        <w:rPr>
          <w:lang w:val="ru-RU"/>
        </w:rPr>
        <w:br/>
      </w:r>
      <w:r w:rsidRPr="009D03A9">
        <w:rPr>
          <w:rFonts w:ascii="Times New Roman" w:eastAsia="Times New Roman" w:hAnsi="Times New Roman"/>
          <w:color w:val="000000"/>
          <w:sz w:val="24"/>
          <w:lang w:val="ru-RU"/>
        </w:rPr>
        <w:t>учебник, дидактический материалы, карточки, тесты, контрольные работы</w:t>
      </w:r>
    </w:p>
    <w:p w:rsidR="00CF7AB1" w:rsidRPr="009D03A9" w:rsidRDefault="00CF7AB1" w:rsidP="008E10C1">
      <w:pPr>
        <w:autoSpaceDE w:val="0"/>
        <w:autoSpaceDN w:val="0"/>
        <w:spacing w:before="262" w:after="0" w:line="300" w:lineRule="auto"/>
        <w:ind w:right="720"/>
        <w:rPr>
          <w:lang w:val="ru-RU"/>
        </w:rPr>
      </w:pPr>
      <w:r w:rsidRPr="009D03A9">
        <w:rPr>
          <w:rFonts w:ascii="Times New Roman" w:eastAsia="Times New Roman" w:hAnsi="Times New Roman"/>
          <w:b/>
          <w:color w:val="000000"/>
          <w:sz w:val="24"/>
          <w:lang w:val="ru-RU"/>
        </w:rPr>
        <w:t xml:space="preserve">ОБОРУДОВАНИЕ ДЛЯ ПРОВЕДЕНИЯ ЛАБОРАТОРНЫХ, ПРАКТИЧЕСКИХ РАБОТ, ДЕМОНСТРАЦИЙ </w:t>
      </w:r>
      <w:r w:rsidRPr="009D03A9">
        <w:rPr>
          <w:lang w:val="ru-RU"/>
        </w:rPr>
        <w:br/>
      </w:r>
      <w:r w:rsidRPr="009D03A9">
        <w:rPr>
          <w:rFonts w:ascii="Times New Roman" w:eastAsia="Times New Roman" w:hAnsi="Times New Roman"/>
          <w:color w:val="000000"/>
          <w:sz w:val="24"/>
          <w:lang w:val="ru-RU"/>
        </w:rPr>
        <w:t xml:space="preserve">Мультимедийный </w:t>
      </w:r>
      <w:r w:rsidR="004851B3">
        <w:rPr>
          <w:rFonts w:ascii="Times New Roman" w:eastAsia="Times New Roman" w:hAnsi="Times New Roman"/>
          <w:color w:val="000000"/>
          <w:sz w:val="24"/>
          <w:lang w:val="ru-RU"/>
        </w:rPr>
        <w:t>проектор, ноутбук, экран</w:t>
      </w:r>
    </w:p>
    <w:sectPr w:rsidR="00CF7AB1" w:rsidRPr="009D03A9" w:rsidSect="0012630C">
      <w:pgSz w:w="11900" w:h="16840"/>
      <w:pgMar w:top="1440" w:right="701" w:bottom="1440" w:left="1440" w:header="720" w:footer="720" w:gutter="0"/>
      <w:cols w:space="720" w:equalWidth="0">
        <w:col w:w="9759" w:space="0"/>
      </w:cols>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nsid w:val="FFFFFF7F"/>
    <w:multiLevelType w:val="singleLevel"/>
    <w:tmpl w:val="38441652"/>
    <w:lvl w:ilvl="0">
      <w:start w:val="1"/>
      <w:numFmt w:val="decimal"/>
      <w:pStyle w:val="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a"/>
      <w:lvlText w:val="%1."/>
      <w:lvlJc w:val="left"/>
      <w:pPr>
        <w:tabs>
          <w:tab w:val="num" w:pos="360"/>
        </w:tabs>
        <w:ind w:left="360" w:hanging="360"/>
      </w:pPr>
    </w:lvl>
  </w:abstractNum>
  <w:abstractNum w:abstractNumId="8">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B47730"/>
    <w:rsid w:val="00034616"/>
    <w:rsid w:val="000552A0"/>
    <w:rsid w:val="0006063C"/>
    <w:rsid w:val="00092668"/>
    <w:rsid w:val="0012630C"/>
    <w:rsid w:val="0015074B"/>
    <w:rsid w:val="00210ABB"/>
    <w:rsid w:val="0029639D"/>
    <w:rsid w:val="00326F90"/>
    <w:rsid w:val="004851B3"/>
    <w:rsid w:val="008414B4"/>
    <w:rsid w:val="00874BE2"/>
    <w:rsid w:val="008E10C1"/>
    <w:rsid w:val="009D03A9"/>
    <w:rsid w:val="00AA1D8D"/>
    <w:rsid w:val="00B47730"/>
    <w:rsid w:val="00BB4960"/>
    <w:rsid w:val="00C86589"/>
    <w:rsid w:val="00CB0664"/>
    <w:rsid w:val="00CF7AB1"/>
    <w:rsid w:val="00ED2563"/>
    <w:rsid w:val="00EF02F9"/>
    <w:rsid w:val="00FC69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aff8">
    <w:name w:val="Hyperlink"/>
    <w:basedOn w:val="a2"/>
    <w:uiPriority w:val="99"/>
    <w:unhideWhenUsed/>
    <w:rsid w:val="00CF7AB1"/>
    <w:rPr>
      <w:color w:val="0000FF" w:themeColor="hyperlink"/>
      <w:u w:val="single"/>
    </w:r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8" Type="http://schemas.openxmlformats.org/officeDocument/2006/relationships/hyperlink" Target="https://nsportal.ru/shkola/algebra/library/2012/04/03/razrabotka-uroka-matematiki-s-ispolzovaniem-eor-5-klas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multiurok.ru/files/urok-matematiki-v-5-klasse-s-ispolzovaniem-eor.html"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infourok.ru/site/go?href=http%3A%2F%2Fschool-collection.edu.ru%2F" TargetMode="External"/><Relationship Id="rId11" Type="http://schemas.openxmlformats.org/officeDocument/2006/relationships/hyperlink" Target="https://uchi.ru/b2g/teacher/monitoring/groups/13761865/tests" TargetMode="External"/><Relationship Id="rId5" Type="http://schemas.openxmlformats.org/officeDocument/2006/relationships/webSettings" Target="webSettings.xml"/><Relationship Id="rId10" Type="http://schemas.openxmlformats.org/officeDocument/2006/relationships/hyperlink" Target="https://videouroki.net/projects/2/index.php?id=math5fgos" TargetMode="External"/><Relationship Id="rId4" Type="http://schemas.openxmlformats.org/officeDocument/2006/relationships/settings" Target="settings.xml"/><Relationship Id="rId9" Type="http://schemas.openxmlformats.org/officeDocument/2006/relationships/hyperlink" Target="https://resh.edu.ru/subject/1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927735-BBC5-49AD-B0DB-D14F9CCC0C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16</Pages>
  <Words>5796</Words>
  <Characters>33040</Characters>
  <Application>Microsoft Office Word</Application>
  <DocSecurity>0</DocSecurity>
  <Lines>275</Lines>
  <Paragraphs>77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38759</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Озонова</cp:lastModifiedBy>
  <cp:revision>7</cp:revision>
  <dcterms:created xsi:type="dcterms:W3CDTF">2022-04-22T07:26:00Z</dcterms:created>
  <dcterms:modified xsi:type="dcterms:W3CDTF">2022-05-10T13:36:00Z</dcterms:modified>
  <cp:category/>
</cp:coreProperties>
</file>